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3161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3468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AB9"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t xml:space="preserve"> </w:t>
      </w:r>
    </w:p>
    <w:p w:rsidR="005F69DA" w:rsidRPr="00F55014" w:rsidRDefault="00D45348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F55014">
        <w:rPr>
          <w:rFonts w:ascii="Times New Roman" w:eastAsia="zCZmz5Mu+SimHei" w:hAnsi="Times New Roman" w:cs="Times New Roman"/>
          <w:sz w:val="20"/>
          <w:szCs w:val="20"/>
          <w:lang w:val="ru-RU"/>
        </w:rPr>
        <w:t xml:space="preserve">Новый тип высокоэффективного быстросохнущего литьевого материала </w:t>
      </w:r>
      <w:r w:rsidRPr="00F55014">
        <w:rPr>
          <w:rFonts w:ascii="Times New Roman" w:eastAsia="zCZmz5Mu+SimHei" w:hAnsi="Times New Roman" w:cs="Times New Roman"/>
          <w:sz w:val="20"/>
          <w:szCs w:val="20"/>
        </w:rPr>
        <w:t>AI</w:t>
      </w:r>
      <w:r w:rsidRPr="00F55014">
        <w:rPr>
          <w:rFonts w:ascii="Times New Roman" w:eastAsia="zCZmz5Mu+SimHei" w:hAnsi="Times New Roman" w:cs="Times New Roman"/>
          <w:sz w:val="20"/>
          <w:szCs w:val="20"/>
          <w:lang w:val="ru-RU"/>
        </w:rPr>
        <w:t>2</w:t>
      </w:r>
      <w:r w:rsidRPr="00F55014">
        <w:rPr>
          <w:rFonts w:ascii="Times New Roman" w:eastAsia="zCZmz5Mu+SimHei" w:hAnsi="Times New Roman" w:cs="Times New Roman"/>
          <w:sz w:val="20"/>
          <w:szCs w:val="20"/>
        </w:rPr>
        <w:t>O</w:t>
      </w:r>
      <w:r w:rsidRPr="00F55014">
        <w:rPr>
          <w:rFonts w:ascii="Times New Roman" w:eastAsia="zCZmz5Mu+SimHei" w:hAnsi="Times New Roman" w:cs="Times New Roman"/>
          <w:sz w:val="20"/>
          <w:szCs w:val="20"/>
          <w:lang w:val="ru-RU"/>
        </w:rPr>
        <w:t>3-</w:t>
      </w:r>
      <w:proofErr w:type="spellStart"/>
      <w:r w:rsidRPr="00F55014">
        <w:rPr>
          <w:rFonts w:ascii="Times New Roman" w:eastAsia="zCZmz5Mu+SimHei" w:hAnsi="Times New Roman" w:cs="Times New Roman"/>
          <w:sz w:val="20"/>
          <w:szCs w:val="20"/>
        </w:rPr>
        <w:t>SiC</w:t>
      </w:r>
      <w:proofErr w:type="spellEnd"/>
      <w:r w:rsidRPr="00F55014">
        <w:rPr>
          <w:rFonts w:ascii="Times New Roman" w:eastAsia="zCZmz5Mu+SimHei" w:hAnsi="Times New Roman" w:cs="Times New Roman"/>
          <w:sz w:val="20"/>
          <w:szCs w:val="20"/>
          <w:lang w:val="ru-RU"/>
        </w:rPr>
        <w:t>-</w:t>
      </w:r>
      <w:r w:rsidRPr="00F55014">
        <w:rPr>
          <w:rFonts w:ascii="Times New Roman" w:eastAsia="zCZmz5Mu+SimHei" w:hAnsi="Times New Roman" w:cs="Times New Roman"/>
          <w:sz w:val="20"/>
          <w:szCs w:val="20"/>
        </w:rPr>
        <w:t>C</w:t>
      </w:r>
      <w:r w:rsidRPr="00F55014">
        <w:rPr>
          <w:rFonts w:ascii="Times New Roman" w:eastAsia="zCZmz5Mu+SimHei" w:hAnsi="Times New Roman" w:cs="Times New Roman"/>
          <w:sz w:val="20"/>
          <w:szCs w:val="20"/>
          <w:lang w:val="ru-RU"/>
        </w:rPr>
        <w:t xml:space="preserve"> для чугунных выпускных каналов</w:t>
      </w:r>
    </w:p>
    <w:p w:rsidR="00C931E8" w:rsidRPr="00DE1DEA" w:rsidRDefault="00C931E8" w:rsidP="00CF10E5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 wp14:anchorId="3F20205A" wp14:editId="4E85F1F7">
            <wp:extent cx="2424223" cy="1716443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28000" cy="171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F9" w:rsidRPr="00D63317" w:rsidRDefault="002329F9" w:rsidP="00CF10E5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C931E8" w:rsidRPr="00D6331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Изделие применяется для главной канавы крупных и средних доменных печей с более чем двумя выпусками чугуна, поворотной канавы, канавы ответвления, шлаковой канавы, шлакоуловителя, крышки канавы и других деталей.</w:t>
      </w:r>
    </w:p>
    <w:p w:rsidR="005F69DA" w:rsidRPr="00D63317" w:rsidRDefault="002329F9" w:rsidP="00CF10E5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2329F9" w:rsidRPr="00D63317" w:rsidRDefault="002329F9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Высокая прочность, быстрое высыхание, хорошая стойкость к окислению, шлаку и размыву.</w:t>
      </w:r>
    </w:p>
    <w:p w:rsidR="005D6AB9" w:rsidRPr="00D63317" w:rsidRDefault="002329F9" w:rsidP="00D63317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W w:w="6021" w:type="dxa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69"/>
        <w:gridCol w:w="1328"/>
        <w:gridCol w:w="1224"/>
      </w:tblGrid>
      <w:tr w:rsidR="009F1E31" w:rsidRPr="00D63317" w:rsidTr="00D63317">
        <w:trPr>
          <w:trHeight w:val="261"/>
        </w:trPr>
        <w:tc>
          <w:tcPr>
            <w:tcW w:w="3469" w:type="dxa"/>
            <w:vMerge w:val="restart"/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Al2O3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60-75</w:t>
            </w:r>
          </w:p>
        </w:tc>
      </w:tr>
      <w:tr w:rsidR="009F1E31" w:rsidRPr="00D63317" w:rsidTr="00D63317">
        <w:trPr>
          <w:trHeight w:val="45"/>
        </w:trPr>
        <w:tc>
          <w:tcPr>
            <w:tcW w:w="3469" w:type="dxa"/>
            <w:vMerge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SiC+C</w:t>
            </w:r>
            <w:proofErr w:type="spellEnd"/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15-25</w:t>
            </w:r>
          </w:p>
        </w:tc>
      </w:tr>
      <w:tr w:rsidR="009F1E31" w:rsidRPr="00D63317" w:rsidTr="00D63317">
        <w:trPr>
          <w:trHeight w:val="45"/>
        </w:trPr>
        <w:tc>
          <w:tcPr>
            <w:tcW w:w="3469" w:type="dxa"/>
            <w:vMerge w:val="restart"/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Объёмная плотность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="00CA4918" w:rsidRPr="00D63317">
              <w:rPr>
                <w:rFonts w:ascii="Times New Roman" w:hAnsi="Times New Roman" w:cs="Times New Roman"/>
                <w:sz w:val="20"/>
                <w:szCs w:val="20"/>
              </w:rPr>
              <w:t>°C x 24h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2.9-3.1</w:t>
            </w:r>
          </w:p>
        </w:tc>
      </w:tr>
      <w:tr w:rsidR="009F1E31" w:rsidRPr="00D63317" w:rsidTr="00D63317">
        <w:trPr>
          <w:trHeight w:val="117"/>
        </w:trPr>
        <w:tc>
          <w:tcPr>
            <w:tcW w:w="3469" w:type="dxa"/>
            <w:vMerge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9F1E31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1450°C x 3h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2.8-3.1</w:t>
            </w:r>
          </w:p>
        </w:tc>
      </w:tr>
      <w:tr w:rsidR="009F1E31" w:rsidRPr="00D63317" w:rsidTr="00D63317">
        <w:trPr>
          <w:trHeight w:val="45"/>
        </w:trPr>
        <w:tc>
          <w:tcPr>
            <w:tcW w:w="3469" w:type="dxa"/>
            <w:vMerge w:val="restart"/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9F1E31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&gt;8</w:t>
            </w:r>
          </w:p>
        </w:tc>
      </w:tr>
      <w:tr w:rsidR="009F1E31" w:rsidRPr="00D63317" w:rsidTr="00D63317">
        <w:trPr>
          <w:trHeight w:val="45"/>
        </w:trPr>
        <w:tc>
          <w:tcPr>
            <w:tcW w:w="3469" w:type="dxa"/>
            <w:vMerge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9F1E31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1450°C x 3h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9F1E31" w:rsidRPr="00D63317" w:rsidRDefault="009F1E31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&gt;12</w:t>
            </w:r>
          </w:p>
        </w:tc>
      </w:tr>
      <w:tr w:rsidR="00CA4918" w:rsidRPr="00D63317" w:rsidTr="00D63317">
        <w:trPr>
          <w:trHeight w:val="45"/>
        </w:trPr>
        <w:tc>
          <w:tcPr>
            <w:tcW w:w="3469" w:type="dxa"/>
            <w:vMerge w:val="restart"/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Предел прочности на сжатие</w:t>
            </w:r>
            <w:r w:rsidR="00D63317"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&gt;40</w:t>
            </w:r>
          </w:p>
        </w:tc>
      </w:tr>
      <w:tr w:rsidR="00CA4918" w:rsidRPr="00D63317" w:rsidTr="00D63317">
        <w:trPr>
          <w:trHeight w:val="45"/>
        </w:trPr>
        <w:tc>
          <w:tcPr>
            <w:tcW w:w="3469" w:type="dxa"/>
            <w:vMerge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1450°C x 3h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&gt;80</w:t>
            </w:r>
          </w:p>
        </w:tc>
      </w:tr>
      <w:tr w:rsidR="00CA4918" w:rsidRPr="00D63317" w:rsidTr="00D63317">
        <w:trPr>
          <w:trHeight w:val="45"/>
        </w:trPr>
        <w:tc>
          <w:tcPr>
            <w:tcW w:w="3469" w:type="dxa"/>
            <w:vMerge w:val="restart"/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Линейные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изменения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+0.1</w:t>
            </w:r>
          </w:p>
        </w:tc>
      </w:tr>
      <w:tr w:rsidR="00CA4918" w:rsidRPr="00D63317" w:rsidTr="00D63317">
        <w:trPr>
          <w:trHeight w:val="45"/>
        </w:trPr>
        <w:tc>
          <w:tcPr>
            <w:tcW w:w="3469" w:type="dxa"/>
            <w:vMerge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1450°C x 3h</w:t>
            </w:r>
          </w:p>
        </w:tc>
        <w:tc>
          <w:tcPr>
            <w:tcW w:w="1224" w:type="dxa"/>
            <w:tcBorders>
              <w:bottom w:val="single" w:sz="4" w:space="0" w:color="auto"/>
            </w:tcBorders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+0.2</w:t>
            </w:r>
          </w:p>
        </w:tc>
      </w:tr>
      <w:tr w:rsidR="00CA4918" w:rsidRPr="00D63317" w:rsidTr="00D63317">
        <w:trPr>
          <w:trHeight w:val="299"/>
        </w:trPr>
        <w:tc>
          <w:tcPr>
            <w:tcW w:w="3469" w:type="dxa"/>
          </w:tcPr>
          <w:p w:rsidR="00CA4918" w:rsidRPr="00D63317" w:rsidRDefault="00CA4918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Огнеупорность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℃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552" w:type="dxa"/>
            <w:gridSpan w:val="2"/>
          </w:tcPr>
          <w:p w:rsidR="00CA4918" w:rsidRPr="00D63317" w:rsidRDefault="0006242D" w:rsidP="00D6331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≥1790</w:t>
            </w:r>
          </w:p>
        </w:tc>
      </w:tr>
    </w:tbl>
    <w:p w:rsidR="005D6AB9" w:rsidRPr="00D63317" w:rsidRDefault="005D6AB9" w:rsidP="00CF10E5">
      <w:pPr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br w:type="page"/>
      </w:r>
    </w:p>
    <w:p w:rsidR="00F55014" w:rsidRPr="00D63317" w:rsidRDefault="00F55014" w:rsidP="00CF10E5">
      <w:pPr>
        <w:widowControl/>
        <w:autoSpaceDE w:val="0"/>
        <w:autoSpaceDN w:val="0"/>
        <w:jc w:val="center"/>
        <w:rPr>
          <w:rFonts w:ascii="Times New Roman" w:hAnsi="Times New Roman" w:cs="Times New Roman" w:hint="eastAsia"/>
          <w:sz w:val="20"/>
          <w:szCs w:val="20"/>
          <w:lang w:val="ru-RU"/>
        </w:rPr>
      </w:pPr>
      <w:r w:rsidRPr="00F55014">
        <w:rPr>
          <w:rFonts w:ascii="Times New Roman" w:hAnsi="Times New Roman" w:cs="Times New Roman"/>
          <w:sz w:val="20"/>
          <w:szCs w:val="20"/>
          <w:lang w:val="ru-RU"/>
        </w:rPr>
        <w:lastRenderedPageBreak/>
        <w:t xml:space="preserve">Чугунные </w:t>
      </w:r>
      <w:r>
        <w:rPr>
          <w:rFonts w:ascii="Times New Roman" w:hAnsi="Times New Roman" w:cs="Times New Roman"/>
          <w:sz w:val="20"/>
          <w:szCs w:val="20"/>
          <w:lang w:val="ru-RU"/>
        </w:rPr>
        <w:t>каналы</w:t>
      </w:r>
      <w:r w:rsidRPr="00F55014">
        <w:rPr>
          <w:rFonts w:ascii="Times New Roman" w:hAnsi="Times New Roman" w:cs="Times New Roman"/>
          <w:sz w:val="20"/>
          <w:szCs w:val="20"/>
          <w:lang w:val="ru-RU"/>
        </w:rPr>
        <w:t xml:space="preserve"> накопительного типа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 wp14:anchorId="21BC2AFC" wp14:editId="4AC9C071">
            <wp:extent cx="2113221" cy="2113221"/>
            <wp:effectExtent l="0" t="0" r="1905" b="1905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9126" cy="211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0B136A" w:rsidP="00CF10E5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1</w:t>
      </w:r>
      <w:r w:rsidRPr="00D63317"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  <w:t xml:space="preserve">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b/>
          <w:sz w:val="20"/>
          <w:szCs w:val="20"/>
          <w:lang w:val="ru-RU"/>
        </w:rPr>
        <w:br/>
      </w:r>
      <w:r w:rsidR="00F5501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</w:t>
      </w:r>
      <w:r w:rsidR="00F55014" w:rsidRPr="00F5501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родукт подходит для доменных печей объемом 450м³-1000м³, быстро запекается, что позволяет удовлетворить потребности в одном железном крюке для хранения чугуна, используемом в литейном производстве.</w:t>
      </w:r>
    </w:p>
    <w:p w:rsidR="005F69DA" w:rsidRPr="00D63317" w:rsidRDefault="00F31C98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FB1915" w:rsidRPr="00D63317" w:rsidRDefault="00FB1915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1. Высокая прочность, хорошая стойкость к шлакообразованию, сильная устойчивость к тепловым ударам;</w:t>
      </w:r>
    </w:p>
    <w:p w:rsidR="00FB1915" w:rsidRPr="00D63317" w:rsidRDefault="00FB1915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2. </w:t>
      </w:r>
      <w:r w:rsidR="00F55014" w:rsidRPr="00F5501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Длительный срок службы, основные крюки с грузоподъемностью 200 000-300 000 т одновременно</w:t>
      </w: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;</w:t>
      </w:r>
    </w:p>
    <w:p w:rsidR="00FB1915" w:rsidRPr="00D63317" w:rsidRDefault="00FB1915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3. </w:t>
      </w:r>
      <w:r w:rsidR="00F55014" w:rsidRPr="00F55014">
        <w:rPr>
          <w:rFonts w:ascii="Times New Roman" w:eastAsia="SimSun" w:hAnsi="Times New Roman" w:cs="Times New Roman"/>
          <w:sz w:val="20"/>
          <w:szCs w:val="20"/>
          <w:lang w:val="ru-RU"/>
        </w:rPr>
        <w:t>С учетом периода выпечки капитальный ремонт занимает около 24 часов, что повышает эффективность работы;</w:t>
      </w:r>
    </w:p>
    <w:p w:rsidR="00FB1915" w:rsidRPr="00D63317" w:rsidRDefault="00FB1915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4. </w:t>
      </w:r>
      <w:r w:rsidR="00A44403"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Снижение трудоемкости работ;</w:t>
      </w:r>
    </w:p>
    <w:p w:rsidR="00FB1915" w:rsidRPr="00D63317" w:rsidRDefault="00FB1915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5. Уменьшите потери огнеупорных материалов.</w:t>
      </w:r>
    </w:p>
    <w:p w:rsidR="005F69DA" w:rsidRPr="00D63317" w:rsidRDefault="00F31C98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7"/>
        <w:gridCol w:w="1259"/>
        <w:gridCol w:w="679"/>
      </w:tblGrid>
      <w:tr w:rsidR="0006242D" w:rsidRPr="00D63317" w:rsidTr="00D63317">
        <w:trPr>
          <w:trHeight w:val="233"/>
        </w:trPr>
        <w:tc>
          <w:tcPr>
            <w:tcW w:w="3827" w:type="dxa"/>
            <w:vMerge w:val="restart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1259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Al2O3</w:t>
            </w:r>
          </w:p>
        </w:tc>
        <w:tc>
          <w:tcPr>
            <w:tcW w:w="442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&gt;60</w:t>
            </w:r>
          </w:p>
        </w:tc>
      </w:tr>
      <w:tr w:rsidR="0006242D" w:rsidRPr="00D63317" w:rsidTr="00D63317">
        <w:trPr>
          <w:trHeight w:val="70"/>
        </w:trPr>
        <w:tc>
          <w:tcPr>
            <w:tcW w:w="3827" w:type="dxa"/>
            <w:vMerge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SiC+C</w:t>
            </w:r>
            <w:proofErr w:type="spellEnd"/>
          </w:p>
        </w:tc>
        <w:tc>
          <w:tcPr>
            <w:tcW w:w="442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&gt;15</w:t>
            </w:r>
          </w:p>
        </w:tc>
      </w:tr>
      <w:tr w:rsidR="0006242D" w:rsidRPr="00D63317" w:rsidTr="00D63317">
        <w:trPr>
          <w:trHeight w:val="45"/>
        </w:trPr>
        <w:tc>
          <w:tcPr>
            <w:tcW w:w="3827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259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442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&gt;8</w:t>
            </w:r>
          </w:p>
        </w:tc>
      </w:tr>
      <w:tr w:rsidR="0006242D" w:rsidRPr="00D63317" w:rsidTr="00D63317">
        <w:trPr>
          <w:trHeight w:val="291"/>
        </w:trPr>
        <w:tc>
          <w:tcPr>
            <w:tcW w:w="3827" w:type="dxa"/>
            <w:vMerge w:val="restart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Предел прочности на </w:t>
            </w:r>
            <w:proofErr w:type="gramStart"/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сжатие(</w:t>
            </w:r>
            <w:proofErr w:type="gram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259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1450°C x 3h</w:t>
            </w:r>
          </w:p>
        </w:tc>
        <w:tc>
          <w:tcPr>
            <w:tcW w:w="442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&gt;10</w:t>
            </w:r>
          </w:p>
        </w:tc>
      </w:tr>
      <w:tr w:rsidR="0006242D" w:rsidRPr="00D63317" w:rsidTr="00D63317">
        <w:trPr>
          <w:trHeight w:val="270"/>
        </w:trPr>
        <w:tc>
          <w:tcPr>
            <w:tcW w:w="3827" w:type="dxa"/>
            <w:vMerge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442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&gt;45</w:t>
            </w:r>
          </w:p>
        </w:tc>
      </w:tr>
      <w:tr w:rsidR="0006242D" w:rsidRPr="00D63317" w:rsidTr="00D63317">
        <w:trPr>
          <w:trHeight w:val="261"/>
        </w:trPr>
        <w:tc>
          <w:tcPr>
            <w:tcW w:w="3827" w:type="dxa"/>
            <w:vMerge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9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1450°C x 3h</w:t>
            </w:r>
          </w:p>
        </w:tc>
        <w:tc>
          <w:tcPr>
            <w:tcW w:w="442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&gt;80</w:t>
            </w:r>
          </w:p>
        </w:tc>
      </w:tr>
      <w:tr w:rsidR="0006242D" w:rsidRPr="00D63317" w:rsidTr="00D63317">
        <w:trPr>
          <w:trHeight w:val="45"/>
        </w:trPr>
        <w:tc>
          <w:tcPr>
            <w:tcW w:w="3827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Объёмная плотность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259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442" w:type="dxa"/>
          </w:tcPr>
          <w:p w:rsidR="0006242D" w:rsidRPr="00D63317" w:rsidRDefault="0006242D" w:rsidP="00152DD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&gt;2.85</w:t>
            </w:r>
          </w:p>
        </w:tc>
      </w:tr>
    </w:tbl>
    <w:p w:rsidR="001B167B" w:rsidRPr="00D63317" w:rsidRDefault="001B167B" w:rsidP="00961331">
      <w:pPr>
        <w:widowControl/>
        <w:autoSpaceDE w:val="0"/>
        <w:autoSpaceDN w:val="0"/>
        <w:spacing w:after="278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headerReference w:type="default" r:id="rId12"/>
          <w:footerReference w:type="default" r:id="rId13"/>
          <w:pgSz w:w="11906" w:h="17238"/>
          <w:pgMar w:top="450" w:right="849" w:bottom="478" w:left="709" w:header="720" w:footer="227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38892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39814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CF8" w:rsidRPr="00D63317" w:rsidRDefault="003C57E8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Качественная</w:t>
      </w:r>
      <w:r w:rsidR="00FB7CF8"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масса для набивки желоба из чугуна AI2O3-SiC-C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40090" cy="2291059"/>
            <wp:effectExtent l="0" t="0" r="508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46902" cy="229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9A" w:rsidRPr="00D63317" w:rsidRDefault="00F31C98" w:rsidP="00CF10E5">
      <w:pPr>
        <w:widowControl/>
        <w:tabs>
          <w:tab w:val="left" w:pos="840"/>
        </w:tabs>
        <w:autoSpaceDE w:val="0"/>
        <w:autoSpaceDN w:val="0"/>
        <w:ind w:right="-46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b/>
          <w:sz w:val="20"/>
          <w:szCs w:val="20"/>
          <w:lang w:val="ru-RU"/>
        </w:rPr>
        <w:br/>
      </w:r>
      <w:r w:rsidR="0053769A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Изделие подходит для крупных, средних и малых доменных печей, шлаковых канав и др.</w:t>
      </w:r>
    </w:p>
    <w:p w:rsidR="0053769A" w:rsidRPr="00D63317" w:rsidRDefault="00F31C98" w:rsidP="00CF10E5">
      <w:pPr>
        <w:widowControl/>
        <w:tabs>
          <w:tab w:val="left" w:pos="840"/>
        </w:tabs>
        <w:autoSpaceDE w:val="0"/>
        <w:autoSpaceDN w:val="0"/>
        <w:ind w:right="95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537B49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="0053769A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Устойчивость к коррозии, устойчивость к эрозии, меньше дыма во время выпечки и использования, отсутствие усадки во время использования, отсутствие растрескивания, отсутствие шлака, гладкая поверхность, длительный срок службы канавок, удобная конструкция, простота продвижения и использования.</w:t>
      </w:r>
    </w:p>
    <w:p w:rsidR="005F69DA" w:rsidRPr="00D63317" w:rsidRDefault="00F31C98" w:rsidP="00CF10E5">
      <w:pPr>
        <w:widowControl/>
        <w:tabs>
          <w:tab w:val="left" w:pos="840"/>
        </w:tabs>
        <w:autoSpaceDE w:val="0"/>
        <w:autoSpaceDN w:val="0"/>
        <w:ind w:right="95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W w:w="59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1560"/>
        <w:gridCol w:w="992"/>
      </w:tblGrid>
      <w:tr w:rsidR="00A340EC" w:rsidRPr="00D63317" w:rsidTr="00D63317">
        <w:trPr>
          <w:trHeight w:val="45"/>
        </w:trPr>
        <w:tc>
          <w:tcPr>
            <w:tcW w:w="3402" w:type="dxa"/>
            <w:vMerge w:val="restart"/>
          </w:tcPr>
          <w:p w:rsidR="00A340EC" w:rsidRPr="00D63317" w:rsidRDefault="00A340EC" w:rsidP="00A340EC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Химический состав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340EC" w:rsidRPr="00D63317" w:rsidRDefault="00A340EC" w:rsidP="00A340E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noProof/>
                <w:sz w:val="20"/>
                <w:szCs w:val="20"/>
              </w:rPr>
              <w:t>Al2O3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340EC" w:rsidRPr="00D63317" w:rsidRDefault="001A2A23" w:rsidP="00A340E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noProof/>
                <w:sz w:val="20"/>
                <w:szCs w:val="20"/>
              </w:rPr>
              <w:t>40-70</w:t>
            </w:r>
          </w:p>
        </w:tc>
      </w:tr>
      <w:tr w:rsidR="00A340EC" w:rsidRPr="00D63317" w:rsidTr="00ED0337">
        <w:trPr>
          <w:trHeight w:val="326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A340EC" w:rsidRPr="00D63317" w:rsidRDefault="00A340EC" w:rsidP="00A340EC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A340EC" w:rsidRPr="00D63317" w:rsidRDefault="00A340EC" w:rsidP="00A340E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noProof/>
                <w:sz w:val="20"/>
                <w:szCs w:val="20"/>
              </w:rPr>
              <w:t>SiC+C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340EC" w:rsidRPr="00D63317" w:rsidRDefault="001A2A23" w:rsidP="00A340EC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noProof/>
                <w:sz w:val="20"/>
                <w:szCs w:val="20"/>
              </w:rPr>
              <w:t>10-20</w:t>
            </w:r>
          </w:p>
        </w:tc>
      </w:tr>
      <w:tr w:rsidR="001A2A23" w:rsidRPr="00D63317" w:rsidTr="00ED0337">
        <w:trPr>
          <w:trHeight w:val="300"/>
        </w:trPr>
        <w:tc>
          <w:tcPr>
            <w:tcW w:w="3402" w:type="dxa"/>
            <w:vMerge w:val="restart"/>
          </w:tcPr>
          <w:p w:rsidR="001A2A23" w:rsidRPr="00D63317" w:rsidRDefault="001A2A23" w:rsidP="00A340EC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g/cm3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A2A23" w:rsidRPr="00D63317" w:rsidRDefault="001A2A23" w:rsidP="00A340EC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16h</w:t>
            </w:r>
          </w:p>
        </w:tc>
        <w:tc>
          <w:tcPr>
            <w:tcW w:w="992" w:type="dxa"/>
          </w:tcPr>
          <w:p w:rsidR="001A2A23" w:rsidRPr="00D63317" w:rsidRDefault="001A2A23" w:rsidP="00A340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2.58</w:t>
            </w:r>
          </w:p>
        </w:tc>
      </w:tr>
      <w:tr w:rsidR="00152DD9" w:rsidRPr="00D63317" w:rsidTr="00ED0337">
        <w:trPr>
          <w:trHeight w:val="165"/>
        </w:trPr>
        <w:tc>
          <w:tcPr>
            <w:tcW w:w="3402" w:type="dxa"/>
            <w:vMerge/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2.54</w:t>
            </w:r>
          </w:p>
        </w:tc>
      </w:tr>
      <w:tr w:rsidR="00152DD9" w:rsidRPr="00D63317" w:rsidTr="00F55014">
        <w:trPr>
          <w:trHeight w:val="181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2.51</w:t>
            </w:r>
          </w:p>
        </w:tc>
      </w:tr>
      <w:tr w:rsidR="00152DD9" w:rsidRPr="00D63317" w:rsidTr="00ED0337">
        <w:trPr>
          <w:trHeight w:val="180"/>
        </w:trPr>
        <w:tc>
          <w:tcPr>
            <w:tcW w:w="3402" w:type="dxa"/>
            <w:vMerge w:val="restart"/>
          </w:tcPr>
          <w:p w:rsidR="00152DD9" w:rsidRPr="00D63317" w:rsidRDefault="00152DD9" w:rsidP="00152DD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16h</w:t>
            </w:r>
          </w:p>
        </w:tc>
        <w:tc>
          <w:tcPr>
            <w:tcW w:w="992" w:type="dxa"/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≥4</w:t>
            </w:r>
          </w:p>
        </w:tc>
      </w:tr>
      <w:tr w:rsidR="00152DD9" w:rsidRPr="00D63317" w:rsidTr="00ED0337">
        <w:trPr>
          <w:trHeight w:val="135"/>
        </w:trPr>
        <w:tc>
          <w:tcPr>
            <w:tcW w:w="3402" w:type="dxa"/>
            <w:vMerge/>
          </w:tcPr>
          <w:p w:rsidR="00152DD9" w:rsidRPr="00D63317" w:rsidRDefault="00152DD9" w:rsidP="00152DD9">
            <w:pPr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≥5</w:t>
            </w:r>
          </w:p>
        </w:tc>
      </w:tr>
      <w:tr w:rsidR="00152DD9" w:rsidRPr="00D63317" w:rsidTr="00ED0337">
        <w:trPr>
          <w:trHeight w:val="263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eastAsia="Microsoft YaHei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≥7</w:t>
            </w:r>
          </w:p>
        </w:tc>
      </w:tr>
      <w:tr w:rsidR="00152DD9" w:rsidRPr="00D63317" w:rsidTr="00ED0337">
        <w:trPr>
          <w:trHeight w:val="268"/>
        </w:trPr>
        <w:tc>
          <w:tcPr>
            <w:tcW w:w="3402" w:type="dxa"/>
            <w:vMerge w:val="restart"/>
          </w:tcPr>
          <w:p w:rsidR="00152DD9" w:rsidRPr="00D63317" w:rsidRDefault="00152DD9" w:rsidP="00152DD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Предел прочности на </w:t>
            </w:r>
            <w:proofErr w:type="gramStart"/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сжатие(</w:t>
            </w:r>
            <w:proofErr w:type="gramEnd"/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16h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≥15</w:t>
            </w:r>
          </w:p>
        </w:tc>
      </w:tr>
      <w:tr w:rsidR="00152DD9" w:rsidRPr="00D63317" w:rsidTr="00ED0337">
        <w:trPr>
          <w:trHeight w:val="285"/>
        </w:trPr>
        <w:tc>
          <w:tcPr>
            <w:tcW w:w="3402" w:type="dxa"/>
            <w:vMerge/>
          </w:tcPr>
          <w:p w:rsidR="00152DD9" w:rsidRPr="00D63317" w:rsidRDefault="00152DD9" w:rsidP="00152DD9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992" w:type="dxa"/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≥20</w:t>
            </w:r>
          </w:p>
        </w:tc>
      </w:tr>
      <w:tr w:rsidR="00152DD9" w:rsidRPr="00D63317" w:rsidTr="00ED0337">
        <w:trPr>
          <w:trHeight w:val="195"/>
        </w:trPr>
        <w:tc>
          <w:tcPr>
            <w:tcW w:w="3402" w:type="dxa"/>
            <w:vMerge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≥40</w:t>
            </w:r>
          </w:p>
        </w:tc>
      </w:tr>
      <w:tr w:rsidR="00152DD9" w:rsidRPr="00D63317" w:rsidTr="00ED0337">
        <w:trPr>
          <w:trHeight w:val="330"/>
        </w:trPr>
        <w:tc>
          <w:tcPr>
            <w:tcW w:w="3402" w:type="dxa"/>
            <w:vMerge w:val="restart"/>
          </w:tcPr>
          <w:p w:rsidR="00152DD9" w:rsidRPr="00D63317" w:rsidRDefault="00152DD9" w:rsidP="00152DD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Линейные изменения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-0.14</w:t>
            </w:r>
          </w:p>
        </w:tc>
      </w:tr>
      <w:tr w:rsidR="00152DD9" w:rsidRPr="00D63317" w:rsidTr="00F55014">
        <w:trPr>
          <w:trHeight w:val="199"/>
        </w:trPr>
        <w:tc>
          <w:tcPr>
            <w:tcW w:w="3402" w:type="dxa"/>
            <w:vMerge/>
          </w:tcPr>
          <w:p w:rsidR="00152DD9" w:rsidRPr="00D63317" w:rsidRDefault="00152DD9" w:rsidP="00152DD9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992" w:type="dxa"/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+0.04</w:t>
            </w:r>
          </w:p>
        </w:tc>
      </w:tr>
      <w:tr w:rsidR="00152DD9" w:rsidRPr="00D63317" w:rsidTr="00ED0337">
        <w:trPr>
          <w:trHeight w:val="299"/>
        </w:trPr>
        <w:tc>
          <w:tcPr>
            <w:tcW w:w="3402" w:type="dxa"/>
          </w:tcPr>
          <w:p w:rsidR="00152DD9" w:rsidRPr="00D63317" w:rsidRDefault="00152DD9" w:rsidP="00152DD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Огнеупорность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℃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2552" w:type="dxa"/>
            <w:gridSpan w:val="2"/>
          </w:tcPr>
          <w:p w:rsidR="00152DD9" w:rsidRPr="00D63317" w:rsidRDefault="00152DD9" w:rsidP="00152DD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≥1790</w:t>
            </w:r>
          </w:p>
        </w:tc>
      </w:tr>
    </w:tbl>
    <w:p w:rsidR="00D63317" w:rsidRDefault="00870DEF" w:rsidP="00D63317">
      <w:pPr>
        <w:widowControl/>
        <w:autoSpaceDE w:val="0"/>
        <w:autoSpaceDN w:val="0"/>
        <w:spacing w:after="30"/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57216" behindDoc="1" locked="0" layoutInCell="1" allowOverlap="1" wp14:anchorId="0DE4AC9E" wp14:editId="18BEDC34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59264" behindDoc="1" locked="0" layoutInCell="1" allowOverlap="1" wp14:anchorId="6D127035" wp14:editId="77679FBB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E09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4. </w:t>
      </w:r>
      <w:r w:rsidR="00092F94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Внимание</w:t>
      </w: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D66A93" w:rsidRPr="00F55014" w:rsidRDefault="00EA3E09" w:rsidP="00F55014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  <w:r w:rsidRPr="00F55014">
        <w:rPr>
          <w:rFonts w:ascii="Times New Roman" w:hAnsi="Times New Roman" w:cs="Times New Roman"/>
          <w:sz w:val="20"/>
          <w:szCs w:val="20"/>
          <w:lang w:val="ru-RU"/>
        </w:rPr>
        <w:t>Материал</w:t>
      </w:r>
      <w:r w:rsidR="00FB7CF8" w:rsidRPr="00F55014">
        <w:rPr>
          <w:rFonts w:ascii="Times New Roman" w:hAnsi="Times New Roman" w:cs="Times New Roman"/>
          <w:sz w:val="20"/>
          <w:szCs w:val="20"/>
          <w:lang w:val="ru-RU"/>
        </w:rPr>
        <w:t xml:space="preserve"> упаковывается в полиэтиленовые мешки и должен храниться в защищенном от дождя</w:t>
      </w:r>
      <w:r w:rsidR="00F5501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FB7CF8" w:rsidRPr="00F55014">
        <w:rPr>
          <w:rFonts w:ascii="Times New Roman" w:hAnsi="Times New Roman" w:cs="Times New Roman"/>
          <w:sz w:val="20"/>
          <w:szCs w:val="20"/>
          <w:lang w:val="ru-RU"/>
        </w:rPr>
        <w:t xml:space="preserve">контейнере, чтобы предотвратить раскрытие или растрескивание полиэтиленовых мешков, чтобы вода не испарялась, а также для предотвращения замерзания зимой, </w:t>
      </w:r>
      <w:r w:rsidRPr="00F55014">
        <w:rPr>
          <w:rFonts w:ascii="Times New Roman" w:hAnsi="Times New Roman" w:cs="Times New Roman"/>
          <w:sz w:val="20"/>
          <w:szCs w:val="20"/>
          <w:lang w:val="ru-RU"/>
        </w:rPr>
        <w:t>при замерзании</w:t>
      </w:r>
      <w:r w:rsidR="00FB7CF8" w:rsidRPr="00F55014">
        <w:rPr>
          <w:rFonts w:ascii="Times New Roman" w:hAnsi="Times New Roman" w:cs="Times New Roman"/>
          <w:sz w:val="20"/>
          <w:szCs w:val="20"/>
          <w:lang w:val="ru-RU"/>
        </w:rPr>
        <w:t xml:space="preserve"> перенести в помещение с температурой около 20°</w:t>
      </w:r>
      <w:r w:rsidR="00FB7CF8" w:rsidRPr="00F55014">
        <w:rPr>
          <w:rFonts w:ascii="Times New Roman" w:hAnsi="Times New Roman" w:cs="Times New Roman"/>
          <w:sz w:val="20"/>
          <w:szCs w:val="20"/>
        </w:rPr>
        <w:t>C</w:t>
      </w:r>
      <w:r w:rsidR="00FB7CF8" w:rsidRPr="00F55014">
        <w:rPr>
          <w:rFonts w:ascii="Times New Roman" w:hAnsi="Times New Roman" w:cs="Times New Roman"/>
          <w:sz w:val="20"/>
          <w:szCs w:val="20"/>
          <w:lang w:val="ru-RU"/>
        </w:rPr>
        <w:t xml:space="preserve">, </w:t>
      </w:r>
      <w:r w:rsidRPr="00F55014">
        <w:rPr>
          <w:rFonts w:ascii="Times New Roman" w:hAnsi="Times New Roman" w:cs="Times New Roman"/>
          <w:sz w:val="20"/>
          <w:szCs w:val="20"/>
          <w:lang w:val="ru-RU"/>
        </w:rPr>
        <w:t>после оттаивания можно</w:t>
      </w:r>
      <w:r w:rsidR="00FB7CF8" w:rsidRPr="00F55014">
        <w:rPr>
          <w:rFonts w:ascii="Times New Roman" w:hAnsi="Times New Roman" w:cs="Times New Roman"/>
          <w:sz w:val="20"/>
          <w:szCs w:val="20"/>
          <w:lang w:val="ru-RU"/>
        </w:rPr>
        <w:t xml:space="preserve"> продолжать использовать. При строительстве железную канаву </w:t>
      </w:r>
      <w:r w:rsidR="00D66A93" w:rsidRPr="00F55014">
        <w:rPr>
          <w:rFonts w:ascii="Times New Roman" w:hAnsi="Times New Roman" w:cs="Times New Roman"/>
          <w:sz w:val="20"/>
          <w:szCs w:val="20"/>
          <w:lang w:val="ru-RU"/>
        </w:rPr>
        <w:t>очистить</w:t>
      </w:r>
      <w:r w:rsidR="00FB7CF8" w:rsidRPr="00F55014">
        <w:rPr>
          <w:rFonts w:ascii="Times New Roman" w:hAnsi="Times New Roman" w:cs="Times New Roman"/>
          <w:sz w:val="20"/>
          <w:szCs w:val="20"/>
          <w:lang w:val="ru-RU"/>
        </w:rPr>
        <w:t>, а затем приступают к укладке материала. Толщина укладки: дно канавы толщиной 350 мм (делится на две части по 200+150 фунтов), боковая часть канавы толщиной 200-250 мм укладывается, многократно уплотняется трамбовкой, после чего накрывается железной плитой и может быть запечена.</w:t>
      </w:r>
    </w:p>
    <w:p w:rsidR="005F69DA" w:rsidRPr="00F55014" w:rsidRDefault="00870DEF" w:rsidP="00F55014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  <w:r w:rsidRPr="00F55014">
        <w:rPr>
          <w:rFonts w:ascii="Times New Roman" w:hAnsi="Times New Roman" w:cs="Times New Roman"/>
          <w:sz w:val="20"/>
          <w:szCs w:val="20"/>
          <w:lang w:val="ru-RU"/>
        </w:rPr>
        <w:tab/>
      </w:r>
      <w:r w:rsidR="00D66A93" w:rsidRPr="00F55014">
        <w:rPr>
          <w:rFonts w:ascii="Times New Roman" w:hAnsi="Times New Roman" w:cs="Times New Roman"/>
          <w:sz w:val="20"/>
          <w:szCs w:val="20"/>
          <w:lang w:val="ru-RU"/>
        </w:rPr>
        <w:t>При выпечке использовать коксовый газ, время выпечки 60-90 минут, первые 60 минут выпекать на слабом огне, а затем удалить воду. Через 30 минут можно выпекать на сильном огне и использовать, когда температура достигнет 600℃.</w:t>
      </w:r>
    </w:p>
    <w:p w:rsidR="00D66A93" w:rsidRPr="00D63317" w:rsidRDefault="00D66A93" w:rsidP="00F55014">
      <w:pPr>
        <w:pStyle w:val="a8"/>
        <w:rPr>
          <w:lang w:val="ru-RU"/>
        </w:rPr>
      </w:pPr>
      <w:r w:rsidRPr="00F55014">
        <w:rPr>
          <w:rFonts w:ascii="Times New Roman" w:hAnsi="Times New Roman" w:cs="Times New Roman"/>
          <w:sz w:val="20"/>
          <w:szCs w:val="20"/>
          <w:lang w:val="ru-RU"/>
        </w:rPr>
        <w:t>При использовании из-за неизбежной местной трамбовки или неравномерного обжига при промывке расплавленным железом возникает сильная эрозия, и этот материал можно использовать для ремонта после выпуска чугуна. При ремонте сильно эродированные детали необходимо зачистить, а затем добавить набивной материал, уплотнить и обжечь перед применением</w:t>
      </w:r>
      <w:r w:rsidRPr="00D63317">
        <w:rPr>
          <w:lang w:val="ru-RU"/>
        </w:rPr>
        <w:t>.</w:t>
      </w:r>
      <w:r w:rsidRPr="00D63317">
        <w:rPr>
          <w:lang w:val="ru-RU"/>
        </w:rPr>
        <w:br w:type="page"/>
      </w:r>
    </w:p>
    <w:p w:rsidR="005F69DA" w:rsidRPr="00D63317" w:rsidRDefault="00870DEF" w:rsidP="00D66A93">
      <w:pPr>
        <w:widowControl/>
        <w:autoSpaceDE w:val="0"/>
        <w:autoSpaceDN w:val="0"/>
        <w:ind w:firstLine="72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42579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4350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6A93" w:rsidRPr="00D63317" w:rsidRDefault="00D66A93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F55014">
        <w:rPr>
          <w:rFonts w:ascii="Times New Roman" w:eastAsia="zCZmz5Mu+SimHei" w:hAnsi="Times New Roman" w:cs="Times New Roman"/>
          <w:sz w:val="20"/>
          <w:szCs w:val="20"/>
        </w:rPr>
        <w:t>M</w:t>
      </w:r>
      <w:r w:rsidRPr="00F55014">
        <w:rPr>
          <w:rFonts w:ascii="Times New Roman" w:eastAsia="zCZmz5Mu+SimHei" w:hAnsi="Times New Roman" w:cs="Times New Roman"/>
          <w:spacing w:val="2"/>
          <w:sz w:val="20"/>
          <w:szCs w:val="20"/>
        </w:rPr>
        <w:t>HD</w:t>
      </w:r>
      <w:r w:rsidRPr="00F55014">
        <w:rPr>
          <w:rFonts w:ascii="Times New Roman" w:eastAsia="zCZmz5Mu+SimHei" w:hAnsi="Times New Roman" w:cs="Times New Roman"/>
          <w:sz w:val="20"/>
          <w:szCs w:val="20"/>
          <w:lang w:val="ru-RU"/>
        </w:rPr>
        <w:t>—65</w:t>
      </w:r>
      <w:r w:rsidRPr="00F55014">
        <w:rPr>
          <w:rFonts w:ascii="Times New Roman" w:eastAsia="Arial" w:hAnsi="Times New Roman" w:cs="Times New Roman"/>
          <w:spacing w:val="69"/>
          <w:sz w:val="20"/>
          <w:szCs w:val="20"/>
          <w:lang w:val="ru-RU"/>
        </w:rPr>
        <w:t xml:space="preserve"> </w:t>
      </w: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Материал для пробивки траншей без запекания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3318510" cy="2678430"/>
            <wp:effectExtent l="0" t="0" r="0" b="0"/>
            <wp:docPr id="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B901A8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CF10E5" w:rsidRPr="00D63317" w:rsidRDefault="00B901A8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Этот продукт подходит для различных больших, средних и малых доменных печей.</w:t>
      </w:r>
    </w:p>
    <w:p w:rsidR="005F69DA" w:rsidRPr="00D63317" w:rsidRDefault="00B901A8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CF10E5" w:rsidRPr="00D63317" w:rsidRDefault="00CF10E5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1.</w:t>
      </w:r>
      <w:r w:rsidR="00F4470F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Конструкция удобна, ручная отбивка на месте, экономия времени, экономия рабочей силы.</w:t>
      </w:r>
    </w:p>
    <w:p w:rsidR="00CF10E5" w:rsidRPr="00D63317" w:rsidRDefault="00F4470F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2. Н</w:t>
      </w:r>
      <w:r w:rsidR="00CF10E5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е требует запекания, повышает эффективность, экономит энергию, с помощью исходной высокой температуры железной кюветы, через короткий промежуток времени после затвердевания может быть пропущен через железо.</w:t>
      </w:r>
    </w:p>
    <w:p w:rsidR="00CF10E5" w:rsidRPr="00D63317" w:rsidRDefault="00F4470F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3. Х</w:t>
      </w:r>
      <w:r w:rsidR="00CF10E5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орошая прочность, устойчивость к истиранию, устойчивость к эрозии.</w:t>
      </w:r>
    </w:p>
    <w:p w:rsidR="00CF10E5" w:rsidRPr="00D63317" w:rsidRDefault="00537B49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4. М</w:t>
      </w:r>
      <w:r w:rsidR="00CF10E5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атериал хранится в упаковке с полиэтиленовой пленкой, при комнатной температуре может храниться до двух месяцев.</w:t>
      </w:r>
    </w:p>
    <w:p w:rsidR="00CF10E5" w:rsidRPr="00D63317" w:rsidRDefault="00537B49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5. </w:t>
      </w:r>
      <w:r w:rsidR="00CF10E5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Метод изготовления такой же, как и у материала для отбивки канав из железа </w:t>
      </w:r>
      <w:proofErr w:type="spellStart"/>
      <w:r w:rsidR="00CF10E5" w:rsidRPr="00D63317">
        <w:rPr>
          <w:rFonts w:ascii="Times New Roman" w:eastAsia="zCZmz5Mu+SimHei" w:hAnsi="Times New Roman" w:cs="Times New Roman"/>
          <w:color w:val="000000"/>
          <w:sz w:val="20"/>
          <w:szCs w:val="20"/>
        </w:rPr>
        <w:t>SiC</w:t>
      </w:r>
      <w:proofErr w:type="spellEnd"/>
      <w:r w:rsidR="00CF10E5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.</w:t>
      </w:r>
    </w:p>
    <w:p w:rsidR="005F69DA" w:rsidRDefault="00B901A8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7479" w:type="dxa"/>
        <w:tblLook w:val="04A0" w:firstRow="1" w:lastRow="0" w:firstColumn="1" w:lastColumn="0" w:noHBand="0" w:noVBand="1"/>
      </w:tblPr>
      <w:tblGrid>
        <w:gridCol w:w="2916"/>
        <w:gridCol w:w="1661"/>
        <w:gridCol w:w="1012"/>
        <w:gridCol w:w="1127"/>
        <w:gridCol w:w="763"/>
      </w:tblGrid>
      <w:tr w:rsidR="00F55014" w:rsidRPr="001548E4" w:rsidTr="001548E4">
        <w:tc>
          <w:tcPr>
            <w:tcW w:w="4620" w:type="dxa"/>
            <w:gridSpan w:val="2"/>
            <w:vMerge w:val="restart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Показатели</w:t>
            </w:r>
          </w:p>
        </w:tc>
        <w:tc>
          <w:tcPr>
            <w:tcW w:w="1017" w:type="dxa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Al2O3</w:t>
            </w:r>
          </w:p>
        </w:tc>
        <w:tc>
          <w:tcPr>
            <w:tcW w:w="1134" w:type="dxa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Fe2O3</w:t>
            </w:r>
          </w:p>
        </w:tc>
        <w:tc>
          <w:tcPr>
            <w:tcW w:w="708" w:type="dxa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SiC+C</w:t>
            </w:r>
            <w:proofErr w:type="spellEnd"/>
          </w:p>
        </w:tc>
      </w:tr>
      <w:tr w:rsidR="00F55014" w:rsidRPr="001548E4" w:rsidTr="001548E4">
        <w:tc>
          <w:tcPr>
            <w:tcW w:w="4620" w:type="dxa"/>
            <w:gridSpan w:val="2"/>
            <w:vMerge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017" w:type="dxa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50-70</w:t>
            </w:r>
          </w:p>
        </w:tc>
        <w:tc>
          <w:tcPr>
            <w:tcW w:w="1134" w:type="dxa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&lt;1.0</w:t>
            </w:r>
          </w:p>
        </w:tc>
        <w:tc>
          <w:tcPr>
            <w:tcW w:w="708" w:type="dxa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&gt;15</w:t>
            </w:r>
          </w:p>
        </w:tc>
      </w:tr>
      <w:tr w:rsidR="00F55014" w:rsidRPr="001548E4" w:rsidTr="001548E4">
        <w:tc>
          <w:tcPr>
            <w:tcW w:w="2943" w:type="dxa"/>
            <w:vMerge w:val="restart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Прочность на изгиб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MPa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1677" w:type="dxa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 xml:space="preserve">°C x 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24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h</w:t>
            </w:r>
          </w:p>
        </w:tc>
        <w:tc>
          <w:tcPr>
            <w:tcW w:w="2859" w:type="dxa"/>
            <w:gridSpan w:val="3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8</w:t>
            </w:r>
          </w:p>
        </w:tc>
      </w:tr>
      <w:tr w:rsidR="00F55014" w:rsidRPr="001548E4" w:rsidTr="001548E4">
        <w:tc>
          <w:tcPr>
            <w:tcW w:w="2943" w:type="dxa"/>
            <w:vMerge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7" w:type="dxa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45</w:t>
            </w: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 xml:space="preserve">°C x 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3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h</w:t>
            </w:r>
          </w:p>
        </w:tc>
        <w:tc>
          <w:tcPr>
            <w:tcW w:w="2859" w:type="dxa"/>
            <w:gridSpan w:val="3"/>
          </w:tcPr>
          <w:p w:rsidR="00F55014" w:rsidRPr="001548E4" w:rsidRDefault="00F55014" w:rsidP="00F5501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12</w:t>
            </w:r>
          </w:p>
        </w:tc>
      </w:tr>
      <w:tr w:rsidR="001548E4" w:rsidRPr="001548E4" w:rsidTr="001548E4">
        <w:tc>
          <w:tcPr>
            <w:tcW w:w="2943" w:type="dxa"/>
            <w:vMerge w:val="restart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Предел прочности на сжатие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(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MPa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1677" w:type="dxa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2859" w:type="dxa"/>
            <w:gridSpan w:val="3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&gt;45</w:t>
            </w:r>
          </w:p>
        </w:tc>
      </w:tr>
      <w:tr w:rsidR="001548E4" w:rsidRPr="001548E4" w:rsidTr="001548E4">
        <w:tc>
          <w:tcPr>
            <w:tcW w:w="2943" w:type="dxa"/>
            <w:vMerge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77" w:type="dxa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2859" w:type="dxa"/>
            <w:gridSpan w:val="3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&gt;60</w:t>
            </w:r>
          </w:p>
        </w:tc>
      </w:tr>
      <w:tr w:rsidR="001548E4" w:rsidRPr="001548E4" w:rsidTr="001548E4">
        <w:tc>
          <w:tcPr>
            <w:tcW w:w="2943" w:type="dxa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Линейные изменения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%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1677" w:type="dxa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2859" w:type="dxa"/>
            <w:gridSpan w:val="3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sz w:val="20"/>
                <w:szCs w:val="20"/>
              </w:rPr>
              <w:t>+0.3</w:t>
            </w:r>
          </w:p>
        </w:tc>
      </w:tr>
      <w:tr w:rsidR="001548E4" w:rsidRPr="001548E4" w:rsidTr="001548E4">
        <w:tc>
          <w:tcPr>
            <w:tcW w:w="2943" w:type="dxa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Огнеупорность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℃</w:t>
            </w:r>
            <w:r w:rsidRPr="001548E4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1677" w:type="dxa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°C</w:t>
            </w:r>
          </w:p>
        </w:tc>
        <w:tc>
          <w:tcPr>
            <w:tcW w:w="2859" w:type="dxa"/>
            <w:gridSpan w:val="3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</w:t>
            </w:r>
            <w:r w:rsidRPr="001548E4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1790</w:t>
            </w:r>
          </w:p>
        </w:tc>
      </w:tr>
    </w:tbl>
    <w:p w:rsidR="00F55014" w:rsidRPr="001548E4" w:rsidRDefault="00F55014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Cs/>
          <w:sz w:val="20"/>
          <w:szCs w:val="20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344"/>
        <w:jc w:val="center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4442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45344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7DF" w:rsidRPr="001548E4" w:rsidRDefault="00E147DF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</w:rPr>
      </w:pPr>
      <w:proofErr w:type="spellStart"/>
      <w:r w:rsidRPr="001548E4">
        <w:rPr>
          <w:rFonts w:ascii="Times New Roman" w:eastAsia="zCZmz5Mu+SimHei" w:hAnsi="Times New Roman" w:cs="Times New Roman"/>
          <w:sz w:val="20"/>
          <w:szCs w:val="20"/>
        </w:rPr>
        <w:t>Безводная</w:t>
      </w:r>
      <w:proofErr w:type="spellEnd"/>
      <w:r w:rsidRPr="001548E4">
        <w:rPr>
          <w:rFonts w:ascii="Times New Roman" w:eastAsia="zCZmz5Mu+SimHei" w:hAnsi="Times New Roman" w:cs="Times New Roman"/>
          <w:sz w:val="20"/>
          <w:szCs w:val="20"/>
        </w:rPr>
        <w:t xml:space="preserve"> </w:t>
      </w:r>
      <w:proofErr w:type="spellStart"/>
      <w:r w:rsidRPr="001548E4">
        <w:rPr>
          <w:rFonts w:ascii="Times New Roman" w:eastAsia="zCZmz5Mu+SimHei" w:hAnsi="Times New Roman" w:cs="Times New Roman"/>
          <w:sz w:val="20"/>
          <w:szCs w:val="20"/>
        </w:rPr>
        <w:t>лёточная</w:t>
      </w:r>
      <w:proofErr w:type="spellEnd"/>
      <w:r w:rsidRPr="001548E4">
        <w:rPr>
          <w:rFonts w:ascii="Times New Roman" w:eastAsia="zCZmz5Mu+SimHei" w:hAnsi="Times New Roman" w:cs="Times New Roman"/>
          <w:sz w:val="20"/>
          <w:szCs w:val="20"/>
        </w:rPr>
        <w:t xml:space="preserve"> </w:t>
      </w:r>
      <w:proofErr w:type="spellStart"/>
      <w:r w:rsidRPr="001548E4">
        <w:rPr>
          <w:rFonts w:ascii="Times New Roman" w:eastAsia="zCZmz5Mu+SimHei" w:hAnsi="Times New Roman" w:cs="Times New Roman"/>
          <w:sz w:val="20"/>
          <w:szCs w:val="20"/>
        </w:rPr>
        <w:t>глина</w:t>
      </w:r>
      <w:proofErr w:type="spellEnd"/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3394710" cy="2740660"/>
            <wp:effectExtent l="0" t="0" r="0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E147DF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E147DF" w:rsidRPr="00D63317" w:rsidRDefault="00E147DF" w:rsidP="003C57E8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Этот продукт подходит для больших, средних и доменных печей.</w:t>
      </w:r>
    </w:p>
    <w:p w:rsidR="005F69DA" w:rsidRPr="00D63317" w:rsidRDefault="00E147DF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E147DF" w:rsidRPr="00D63317" w:rsidRDefault="00E147DF" w:rsidP="003C57E8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1. Хорошая обрабатываемость, п</w:t>
      </w:r>
      <w:r w:rsidR="00B901A8"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ластичность и хорошая плотность </w:t>
      </w: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наполнения;</w:t>
      </w:r>
    </w:p>
    <w:p w:rsidR="003C57E8" w:rsidRPr="00D63317" w:rsidRDefault="00E147DF" w:rsidP="003C57E8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2. Обладает быстрым спеканием и хорошей адгезией в летке;</w:t>
      </w:r>
    </w:p>
    <w:p w:rsidR="00E147DF" w:rsidRPr="00D63317" w:rsidRDefault="00E147DF" w:rsidP="003C57E8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3. Легко </w:t>
      </w:r>
      <w:r w:rsidR="00591FD3"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вырезаются</w:t>
      </w: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отверстия;</w:t>
      </w:r>
    </w:p>
    <w:p w:rsidR="00E147DF" w:rsidRPr="00D63317" w:rsidRDefault="00E147DF" w:rsidP="003C57E8">
      <w:pPr>
        <w:widowControl/>
        <w:autoSpaceDE w:val="0"/>
        <w:autoSpaceDN w:val="0"/>
        <w:ind w:right="2016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4. Хорошая коррозионная стойкость и устойчивость к эрозии;</w:t>
      </w:r>
    </w:p>
    <w:p w:rsidR="00591FD3" w:rsidRPr="00D63317" w:rsidRDefault="00E147DF" w:rsidP="003C57E8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5. Хорошая стабильность объема, небольшое изменение объема при нагревании, отсутствие утечек р</w:t>
      </w:r>
      <w:r w:rsidR="00591FD3"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асплавленного железа при усадке;</w:t>
      </w:r>
    </w:p>
    <w:p w:rsidR="00E147DF" w:rsidRPr="00D63317" w:rsidRDefault="00E147DF" w:rsidP="003C57E8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6. Во время использования не образуются вредные вещества и мало загрязняется окружающая среда.</w:t>
      </w:r>
    </w:p>
    <w:p w:rsidR="005F69DA" w:rsidRPr="00D63317" w:rsidRDefault="00591FD3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W w:w="0" w:type="auto"/>
        <w:tblInd w:w="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81"/>
        <w:gridCol w:w="2039"/>
        <w:gridCol w:w="1890"/>
      </w:tblGrid>
      <w:tr w:rsidR="00C33A33" w:rsidRPr="00D63317" w:rsidTr="001548E4">
        <w:trPr>
          <w:trHeight w:val="48"/>
        </w:trPr>
        <w:tc>
          <w:tcPr>
            <w:tcW w:w="4081" w:type="dxa"/>
            <w:vMerge w:val="restart"/>
            <w:vAlign w:val="center"/>
          </w:tcPr>
          <w:p w:rsidR="00C33A33" w:rsidRPr="00D63317" w:rsidRDefault="00C33A33" w:rsidP="00121D2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Химический состав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2039" w:type="dxa"/>
          </w:tcPr>
          <w:p w:rsidR="00C33A33" w:rsidRPr="00D63317" w:rsidRDefault="00C33A33" w:rsidP="00121D27">
            <w:pPr>
              <w:pStyle w:val="a8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noProof/>
                <w:sz w:val="20"/>
                <w:szCs w:val="20"/>
              </w:rPr>
              <w:t>Al2O3</w:t>
            </w:r>
          </w:p>
        </w:tc>
        <w:tc>
          <w:tcPr>
            <w:tcW w:w="1890" w:type="dxa"/>
            <w:vAlign w:val="center"/>
          </w:tcPr>
          <w:p w:rsidR="00C33A33" w:rsidRPr="00D63317" w:rsidRDefault="00C33A33" w:rsidP="00121D2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30-40</w:t>
            </w:r>
          </w:p>
        </w:tc>
      </w:tr>
      <w:tr w:rsidR="00C33A33" w:rsidRPr="00D63317" w:rsidTr="001548E4">
        <w:trPr>
          <w:trHeight w:val="57"/>
        </w:trPr>
        <w:tc>
          <w:tcPr>
            <w:tcW w:w="4081" w:type="dxa"/>
            <w:vMerge/>
            <w:vAlign w:val="center"/>
          </w:tcPr>
          <w:p w:rsidR="00C33A33" w:rsidRPr="00D63317" w:rsidRDefault="00C33A33" w:rsidP="00121D2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039" w:type="dxa"/>
          </w:tcPr>
          <w:p w:rsidR="00C33A33" w:rsidRPr="00D63317" w:rsidRDefault="00C33A33" w:rsidP="00121D27">
            <w:pPr>
              <w:pStyle w:val="a8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noProof/>
                <w:sz w:val="20"/>
                <w:szCs w:val="20"/>
              </w:rPr>
              <w:t>SiC+C</w:t>
            </w:r>
          </w:p>
        </w:tc>
        <w:tc>
          <w:tcPr>
            <w:tcW w:w="1890" w:type="dxa"/>
            <w:vAlign w:val="center"/>
          </w:tcPr>
          <w:p w:rsidR="00C33A33" w:rsidRPr="00D63317" w:rsidRDefault="00121D27" w:rsidP="00121D2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&gt;20</w:t>
            </w:r>
          </w:p>
        </w:tc>
      </w:tr>
      <w:tr w:rsidR="00C33A33" w:rsidRPr="00D63317" w:rsidTr="001548E4">
        <w:trPr>
          <w:trHeight w:val="48"/>
        </w:trPr>
        <w:tc>
          <w:tcPr>
            <w:tcW w:w="4081" w:type="dxa"/>
            <w:vAlign w:val="center"/>
          </w:tcPr>
          <w:p w:rsidR="00C33A33" w:rsidRPr="00D63317" w:rsidRDefault="00C33A33" w:rsidP="00121D2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g/cm3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2039" w:type="dxa"/>
          </w:tcPr>
          <w:p w:rsidR="00C33A33" w:rsidRPr="00D63317" w:rsidRDefault="00C33A33" w:rsidP="00121D2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1200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1h</w:t>
            </w:r>
          </w:p>
        </w:tc>
        <w:tc>
          <w:tcPr>
            <w:tcW w:w="1890" w:type="dxa"/>
            <w:vAlign w:val="center"/>
          </w:tcPr>
          <w:p w:rsidR="00C33A33" w:rsidRPr="00D63317" w:rsidRDefault="00121D27" w:rsidP="00121D2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&gt;1.70</w:t>
            </w:r>
          </w:p>
        </w:tc>
      </w:tr>
      <w:tr w:rsidR="00C33A33" w:rsidRPr="00D63317" w:rsidTr="00121D27">
        <w:trPr>
          <w:trHeight w:val="390"/>
        </w:trPr>
        <w:tc>
          <w:tcPr>
            <w:tcW w:w="4081" w:type="dxa"/>
            <w:vAlign w:val="center"/>
          </w:tcPr>
          <w:p w:rsidR="00C33A33" w:rsidRPr="00D63317" w:rsidRDefault="00DE1DEA" w:rsidP="00121D2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Тестер Маршалла (</w:t>
            </w:r>
            <w:proofErr w:type="spellStart"/>
            <w:r>
              <w:rPr>
                <w:rFonts w:ascii="Times New Roman" w:hAnsi="Times New Roman" w:cs="Times New Roman" w:hint="eastAsia"/>
                <w:sz w:val="20"/>
                <w:szCs w:val="20"/>
                <w:lang w:val="ru-RU"/>
              </w:rPr>
              <w:t>MPa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929" w:type="dxa"/>
            <w:gridSpan w:val="2"/>
            <w:vAlign w:val="center"/>
          </w:tcPr>
          <w:p w:rsidR="00C33A33" w:rsidRPr="00D63317" w:rsidRDefault="00C33A33" w:rsidP="00121D2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0.5-1.4</w:t>
            </w:r>
          </w:p>
        </w:tc>
      </w:tr>
    </w:tbl>
    <w:p w:rsidR="00132271" w:rsidRPr="00D63317" w:rsidRDefault="00132271" w:rsidP="00D63317">
      <w:pPr>
        <w:widowControl/>
        <w:autoSpaceDE w:val="0"/>
        <w:autoSpaceDN w:val="0"/>
        <w:spacing w:after="698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46265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2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47187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7E8" w:rsidRPr="001548E4" w:rsidRDefault="003C57E8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proofErr w:type="spellStart"/>
      <w:r w:rsidRPr="001548E4">
        <w:rPr>
          <w:rFonts w:ascii="Times New Roman" w:eastAsia="SimSun" w:hAnsi="Times New Roman" w:cs="Times New Roman"/>
          <w:sz w:val="20"/>
          <w:szCs w:val="20"/>
          <w:lang w:val="ru-RU"/>
        </w:rPr>
        <w:t>Футровочная</w:t>
      </w:r>
      <w:proofErr w:type="spellEnd"/>
      <w:r w:rsidRPr="001548E4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смесь для п</w:t>
      </w:r>
      <w:r w:rsidR="00F55014" w:rsidRPr="001548E4">
        <w:rPr>
          <w:rFonts w:ascii="Times New Roman" w:eastAsia="SimSun" w:hAnsi="Times New Roman" w:cs="Times New Roman"/>
          <w:sz w:val="20"/>
          <w:szCs w:val="20"/>
          <w:lang w:val="ru-RU"/>
        </w:rPr>
        <w:t>а</w:t>
      </w:r>
      <w:r w:rsidRPr="001548E4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яльной </w:t>
      </w:r>
      <w:r w:rsidR="00F55014" w:rsidRPr="001548E4">
        <w:rPr>
          <w:rFonts w:ascii="Times New Roman" w:eastAsia="SimSun" w:hAnsi="Times New Roman" w:cs="Times New Roman"/>
          <w:sz w:val="20"/>
          <w:szCs w:val="20"/>
          <w:lang w:val="ru-RU"/>
        </w:rPr>
        <w:t>горелки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3394710" cy="2740660"/>
            <wp:effectExtent l="0" t="0" r="0" b="0"/>
            <wp:docPr id="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591FD3" w:rsidP="00CF10E5">
      <w:pPr>
        <w:widowControl/>
        <w:tabs>
          <w:tab w:val="left" w:pos="840"/>
        </w:tabs>
        <w:autoSpaceDE w:val="0"/>
        <w:autoSpaceDN w:val="0"/>
        <w:ind w:right="-46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b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Этот продукт представляет собой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самотекучую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заливку, специально разработанную для зажигательных труб, колен, щековых труб и компенсаторов.</w:t>
      </w:r>
    </w:p>
    <w:p w:rsidR="005F69DA" w:rsidRPr="00D63317" w:rsidRDefault="00591FD3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591FD3" w:rsidRPr="00D63317" w:rsidRDefault="00591FD3" w:rsidP="003C57E8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1. Высокая устойчивость к горячему воздуху;</w:t>
      </w:r>
    </w:p>
    <w:p w:rsidR="00591FD3" w:rsidRPr="00D63317" w:rsidRDefault="00591FD3" w:rsidP="003C57E8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2. Эффект сохранения тепла.</w:t>
      </w:r>
    </w:p>
    <w:p w:rsidR="005F69DA" w:rsidRPr="00D63317" w:rsidRDefault="00591FD3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W w:w="0" w:type="auto"/>
        <w:tblInd w:w="4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73"/>
        <w:gridCol w:w="1502"/>
        <w:gridCol w:w="2070"/>
      </w:tblGrid>
      <w:tr w:rsidR="008D2C13" w:rsidRPr="00D63317" w:rsidTr="00014057">
        <w:trPr>
          <w:trHeight w:val="270"/>
        </w:trPr>
        <w:tc>
          <w:tcPr>
            <w:tcW w:w="3673" w:type="dxa"/>
            <w:vMerge w:val="restart"/>
          </w:tcPr>
          <w:p w:rsidR="008D2C13" w:rsidRPr="001548E4" w:rsidRDefault="008D2C13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Химический состав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502" w:type="dxa"/>
          </w:tcPr>
          <w:p w:rsidR="008D2C13" w:rsidRPr="001548E4" w:rsidRDefault="002F34BB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Al2O3</w:t>
            </w:r>
          </w:p>
        </w:tc>
        <w:tc>
          <w:tcPr>
            <w:tcW w:w="2070" w:type="dxa"/>
          </w:tcPr>
          <w:p w:rsidR="008D2C13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60-80</w:t>
            </w:r>
          </w:p>
        </w:tc>
      </w:tr>
      <w:tr w:rsidR="008D2C13" w:rsidRPr="00D63317" w:rsidTr="00014057">
        <w:trPr>
          <w:trHeight w:val="270"/>
        </w:trPr>
        <w:tc>
          <w:tcPr>
            <w:tcW w:w="3673" w:type="dxa"/>
            <w:vMerge/>
          </w:tcPr>
          <w:p w:rsidR="008D2C13" w:rsidRPr="001548E4" w:rsidRDefault="008D2C13" w:rsidP="00014057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02" w:type="dxa"/>
          </w:tcPr>
          <w:p w:rsidR="008D2C13" w:rsidRPr="001548E4" w:rsidRDefault="002F34BB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548E4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CaO</w:t>
            </w:r>
            <w:proofErr w:type="spellEnd"/>
          </w:p>
        </w:tc>
        <w:tc>
          <w:tcPr>
            <w:tcW w:w="2070" w:type="dxa"/>
          </w:tcPr>
          <w:p w:rsidR="008D2C13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&lt;3.5</w:t>
            </w:r>
          </w:p>
        </w:tc>
      </w:tr>
      <w:tr w:rsidR="00804EF8" w:rsidRPr="00D63317" w:rsidTr="00014057">
        <w:trPr>
          <w:trHeight w:val="270"/>
        </w:trPr>
        <w:tc>
          <w:tcPr>
            <w:tcW w:w="3673" w:type="dxa"/>
            <w:vMerge w:val="restart"/>
          </w:tcPr>
          <w:p w:rsidR="00804EF8" w:rsidRPr="001548E4" w:rsidRDefault="00804EF8" w:rsidP="00014057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g/cm3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502" w:type="dxa"/>
          </w:tcPr>
          <w:p w:rsidR="00804EF8" w:rsidRPr="001548E4" w:rsidRDefault="00804EF8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2070" w:type="dxa"/>
          </w:tcPr>
          <w:p w:rsidR="00804EF8" w:rsidRPr="001548E4" w:rsidRDefault="00804EF8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&gt;2.6</w:t>
            </w:r>
          </w:p>
        </w:tc>
      </w:tr>
      <w:tr w:rsidR="00804EF8" w:rsidRPr="00D63317" w:rsidTr="00014057">
        <w:trPr>
          <w:trHeight w:val="270"/>
        </w:trPr>
        <w:tc>
          <w:tcPr>
            <w:tcW w:w="3673" w:type="dxa"/>
            <w:vMerge/>
          </w:tcPr>
          <w:p w:rsidR="00804EF8" w:rsidRPr="001548E4" w:rsidRDefault="00804EF8" w:rsidP="00014057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02" w:type="dxa"/>
          </w:tcPr>
          <w:p w:rsidR="00804EF8" w:rsidRPr="001548E4" w:rsidRDefault="00804EF8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2070" w:type="dxa"/>
          </w:tcPr>
          <w:p w:rsidR="00804EF8" w:rsidRPr="001548E4" w:rsidRDefault="00804EF8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≥60</w:t>
            </w:r>
          </w:p>
        </w:tc>
      </w:tr>
      <w:tr w:rsidR="002F34BB" w:rsidRPr="00D63317" w:rsidTr="00014057">
        <w:trPr>
          <w:trHeight w:val="270"/>
        </w:trPr>
        <w:tc>
          <w:tcPr>
            <w:tcW w:w="3673" w:type="dxa"/>
            <w:vMerge w:val="restart"/>
          </w:tcPr>
          <w:p w:rsidR="002F34BB" w:rsidRPr="001548E4" w:rsidRDefault="002F34BB" w:rsidP="0001405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502" w:type="dxa"/>
          </w:tcPr>
          <w:p w:rsidR="002F34BB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2070" w:type="dxa"/>
          </w:tcPr>
          <w:p w:rsidR="002F34BB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&gt;6</w:t>
            </w:r>
          </w:p>
        </w:tc>
      </w:tr>
      <w:tr w:rsidR="002F34BB" w:rsidRPr="00D63317" w:rsidTr="00014057">
        <w:trPr>
          <w:trHeight w:val="270"/>
        </w:trPr>
        <w:tc>
          <w:tcPr>
            <w:tcW w:w="3673" w:type="dxa"/>
            <w:vMerge/>
          </w:tcPr>
          <w:p w:rsidR="002F34BB" w:rsidRPr="001548E4" w:rsidRDefault="002F34BB" w:rsidP="00014057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02" w:type="dxa"/>
          </w:tcPr>
          <w:p w:rsidR="002F34BB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2070" w:type="dxa"/>
          </w:tcPr>
          <w:p w:rsidR="002F34BB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&gt;8</w:t>
            </w:r>
          </w:p>
        </w:tc>
      </w:tr>
      <w:tr w:rsidR="008D2C13" w:rsidRPr="00D63317" w:rsidTr="00014057">
        <w:trPr>
          <w:trHeight w:val="270"/>
        </w:trPr>
        <w:tc>
          <w:tcPr>
            <w:tcW w:w="3673" w:type="dxa"/>
          </w:tcPr>
          <w:p w:rsidR="002F34BB" w:rsidRPr="001548E4" w:rsidRDefault="002F34BB" w:rsidP="00014057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Линейное измерение при нагреве 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502" w:type="dxa"/>
          </w:tcPr>
          <w:p w:rsidR="008D2C13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2070" w:type="dxa"/>
          </w:tcPr>
          <w:p w:rsidR="008D2C13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±0.5</w:t>
            </w:r>
          </w:p>
        </w:tc>
      </w:tr>
      <w:tr w:rsidR="00014057" w:rsidRPr="00D63317" w:rsidTr="00014057">
        <w:trPr>
          <w:trHeight w:val="270"/>
        </w:trPr>
        <w:tc>
          <w:tcPr>
            <w:tcW w:w="3673" w:type="dxa"/>
          </w:tcPr>
          <w:p w:rsidR="00014057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Огнеупорность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℃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572" w:type="dxa"/>
            <w:gridSpan w:val="2"/>
          </w:tcPr>
          <w:p w:rsidR="00014057" w:rsidRPr="001548E4" w:rsidRDefault="00014057" w:rsidP="0001405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≥1790</w:t>
            </w:r>
          </w:p>
        </w:tc>
      </w:tr>
    </w:tbl>
    <w:p w:rsidR="00CE494F" w:rsidRPr="00D63317" w:rsidRDefault="00CE494F" w:rsidP="00014057">
      <w:pPr>
        <w:pStyle w:val="a8"/>
        <w:rPr>
          <w:rFonts w:ascii="Times New Roman" w:eastAsia="SimSun" w:hAnsi="Times New Roman" w:cs="Times New Roman"/>
          <w:b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98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48108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49030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3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448" w:rsidRPr="001548E4" w:rsidRDefault="00580448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proofErr w:type="spellStart"/>
      <w:r w:rsidRPr="001548E4">
        <w:rPr>
          <w:rFonts w:ascii="Times New Roman" w:eastAsia="SimSun" w:hAnsi="Times New Roman" w:cs="Times New Roman"/>
          <w:sz w:val="20"/>
          <w:szCs w:val="20"/>
        </w:rPr>
        <w:t>Футеровочная</w:t>
      </w:r>
      <w:proofErr w:type="spellEnd"/>
      <w:r w:rsidRPr="001548E4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Pr="001548E4">
        <w:rPr>
          <w:rFonts w:ascii="Times New Roman" w:eastAsia="SimSun" w:hAnsi="Times New Roman" w:cs="Times New Roman"/>
          <w:sz w:val="20"/>
          <w:szCs w:val="20"/>
        </w:rPr>
        <w:t>смесь</w:t>
      </w:r>
      <w:proofErr w:type="spellEnd"/>
      <w:r w:rsidRPr="001548E4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Pr="001548E4">
        <w:rPr>
          <w:rFonts w:ascii="Times New Roman" w:eastAsia="SimSun" w:hAnsi="Times New Roman" w:cs="Times New Roman"/>
          <w:sz w:val="20"/>
          <w:szCs w:val="20"/>
        </w:rPr>
        <w:t>для</w:t>
      </w:r>
      <w:proofErr w:type="spellEnd"/>
      <w:r w:rsidRPr="001548E4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Pr="001548E4">
        <w:rPr>
          <w:rFonts w:ascii="Times New Roman" w:eastAsia="SimSun" w:hAnsi="Times New Roman" w:cs="Times New Roman"/>
          <w:sz w:val="20"/>
          <w:szCs w:val="20"/>
        </w:rPr>
        <w:t>ковша</w:t>
      </w:r>
      <w:proofErr w:type="spellEnd"/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537460"/>
            <wp:effectExtent l="0" t="0" r="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580448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580448" w:rsidRPr="00D63317" w:rsidRDefault="00580448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Подходит для использования на горячем рабочем оборудовании, чугуновозный ковш.</w:t>
      </w:r>
    </w:p>
    <w:p w:rsidR="005F69DA" w:rsidRPr="00D63317" w:rsidRDefault="00580448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580448" w:rsidRPr="00D63317" w:rsidRDefault="00580448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Высокая прочность, хорошая вязкость, устойчивость к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термоударам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и хорошее сопротивление растрескиванию.</w:t>
      </w:r>
    </w:p>
    <w:p w:rsidR="005F69DA" w:rsidRPr="00D63317" w:rsidRDefault="00580448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01087C" w:rsidRPr="00D63317" w:rsidTr="0001087C">
        <w:tc>
          <w:tcPr>
            <w:tcW w:w="3080" w:type="dxa"/>
          </w:tcPr>
          <w:p w:rsidR="0001087C" w:rsidRPr="001548E4" w:rsidRDefault="0001087C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Химический состав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  <w:r w:rsidR="001548E4" w:rsidRPr="001548E4">
              <w:rPr>
                <w:rFonts w:ascii="Times New Roman" w:hAnsi="Times New Roman" w:cs="Times New Roman" w:hint="eastAsia"/>
                <w:sz w:val="20"/>
                <w:szCs w:val="20"/>
              </w:rPr>
              <w:t>）</w:t>
            </w:r>
          </w:p>
        </w:tc>
        <w:tc>
          <w:tcPr>
            <w:tcW w:w="3081" w:type="dxa"/>
          </w:tcPr>
          <w:p w:rsidR="0001087C" w:rsidRPr="001548E4" w:rsidRDefault="0001087C" w:rsidP="0001087C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Al2O3</w:t>
            </w:r>
          </w:p>
        </w:tc>
        <w:tc>
          <w:tcPr>
            <w:tcW w:w="3081" w:type="dxa"/>
          </w:tcPr>
          <w:p w:rsidR="0001087C" w:rsidRPr="001548E4" w:rsidRDefault="0001087C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≥60</w:t>
            </w:r>
          </w:p>
        </w:tc>
      </w:tr>
      <w:tr w:rsidR="0001087C" w:rsidRPr="00D63317" w:rsidTr="0001087C">
        <w:tc>
          <w:tcPr>
            <w:tcW w:w="3080" w:type="dxa"/>
          </w:tcPr>
          <w:p w:rsidR="0001087C" w:rsidRPr="001548E4" w:rsidRDefault="0001087C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g/cm3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01087C" w:rsidRPr="001548E4" w:rsidRDefault="0001087C" w:rsidP="0001087C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01087C" w:rsidRPr="001548E4" w:rsidRDefault="0001087C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2.5-2.6</w:t>
            </w:r>
          </w:p>
        </w:tc>
      </w:tr>
      <w:tr w:rsidR="001548E4" w:rsidRPr="00D63317" w:rsidTr="0001087C">
        <w:tc>
          <w:tcPr>
            <w:tcW w:w="3080" w:type="dxa"/>
            <w:vMerge w:val="restart"/>
          </w:tcPr>
          <w:p w:rsidR="001548E4" w:rsidRPr="001548E4" w:rsidRDefault="001548E4" w:rsidP="001548E4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1548E4" w:rsidRPr="001548E4" w:rsidRDefault="001548E4" w:rsidP="0001087C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3081" w:type="dxa"/>
          </w:tcPr>
          <w:p w:rsidR="001548E4" w:rsidRPr="001548E4" w:rsidRDefault="001548E4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&gt;6</w:t>
            </w:r>
          </w:p>
        </w:tc>
      </w:tr>
      <w:tr w:rsidR="001548E4" w:rsidRPr="00D63317" w:rsidTr="0001087C">
        <w:tc>
          <w:tcPr>
            <w:tcW w:w="3080" w:type="dxa"/>
            <w:vMerge/>
          </w:tcPr>
          <w:p w:rsidR="001548E4" w:rsidRPr="001548E4" w:rsidRDefault="001548E4" w:rsidP="0001087C">
            <w:pPr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1548E4" w:rsidRPr="001548E4" w:rsidRDefault="001548E4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3081" w:type="dxa"/>
          </w:tcPr>
          <w:p w:rsidR="001548E4" w:rsidRPr="001548E4" w:rsidRDefault="001548E4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&gt;10</w:t>
            </w:r>
          </w:p>
        </w:tc>
      </w:tr>
      <w:tr w:rsidR="001548E4" w:rsidRPr="00D63317" w:rsidTr="0001087C">
        <w:tc>
          <w:tcPr>
            <w:tcW w:w="3080" w:type="dxa"/>
            <w:vMerge/>
          </w:tcPr>
          <w:p w:rsidR="001548E4" w:rsidRPr="001548E4" w:rsidRDefault="001548E4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1548E4" w:rsidRPr="001548E4" w:rsidRDefault="001548E4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3081" w:type="dxa"/>
          </w:tcPr>
          <w:p w:rsidR="001548E4" w:rsidRPr="001548E4" w:rsidRDefault="001548E4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&gt;40</w:t>
            </w:r>
          </w:p>
        </w:tc>
      </w:tr>
      <w:tr w:rsidR="001548E4" w:rsidRPr="00D63317" w:rsidTr="0001087C">
        <w:tc>
          <w:tcPr>
            <w:tcW w:w="3080" w:type="dxa"/>
            <w:vMerge/>
          </w:tcPr>
          <w:p w:rsidR="001548E4" w:rsidRPr="001548E4" w:rsidRDefault="001548E4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1548E4" w:rsidRPr="001548E4" w:rsidRDefault="001548E4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3081" w:type="dxa"/>
          </w:tcPr>
          <w:p w:rsidR="001548E4" w:rsidRPr="001548E4" w:rsidRDefault="001548E4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&gt;60</w:t>
            </w:r>
          </w:p>
        </w:tc>
      </w:tr>
      <w:tr w:rsidR="0001087C" w:rsidRPr="00D63317" w:rsidTr="0001087C">
        <w:tc>
          <w:tcPr>
            <w:tcW w:w="3080" w:type="dxa"/>
            <w:vMerge w:val="restart"/>
          </w:tcPr>
          <w:p w:rsidR="0001087C" w:rsidRPr="001548E4" w:rsidRDefault="0001087C" w:rsidP="001548E4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Линейные изменения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01087C" w:rsidRPr="001548E4" w:rsidRDefault="00112A97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3081" w:type="dxa"/>
          </w:tcPr>
          <w:p w:rsidR="0001087C" w:rsidRPr="001548E4" w:rsidRDefault="0001087C" w:rsidP="0001087C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+0.07</w:t>
            </w:r>
          </w:p>
        </w:tc>
      </w:tr>
      <w:tr w:rsidR="00112A97" w:rsidRPr="00D63317" w:rsidTr="0001087C">
        <w:tc>
          <w:tcPr>
            <w:tcW w:w="3080" w:type="dxa"/>
            <w:vMerge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3081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+0.18</w:t>
            </w:r>
          </w:p>
        </w:tc>
      </w:tr>
    </w:tbl>
    <w:p w:rsidR="005F69DA" w:rsidRPr="00D63317" w:rsidRDefault="00580448" w:rsidP="00CF10E5">
      <w:pPr>
        <w:widowControl/>
        <w:tabs>
          <w:tab w:val="left" w:pos="840"/>
        </w:tabs>
        <w:autoSpaceDE w:val="0"/>
        <w:autoSpaceDN w:val="0"/>
        <w:spacing w:after="648"/>
        <w:ind w:right="288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4. </w:t>
      </w:r>
      <w:r w:rsidR="00092F94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Внимание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b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При изготовлении отливки ее непосредственно смешивают с 8% воды на месте, встряхивают, придавая форму, и можно использовать после обжига. Метод изготовления такой же, как и у обычных отливок.</w:t>
      </w: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49952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5087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3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448" w:rsidRPr="00D63317" w:rsidRDefault="00580448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Корундовые </w:t>
      </w:r>
      <w:proofErr w:type="spellStart"/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самозастывающие</w:t>
      </w:r>
      <w:proofErr w:type="spellEnd"/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литейные материалы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4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150" w:rsidRPr="00D63317" w:rsidRDefault="00412150" w:rsidP="00412150">
      <w:pPr>
        <w:widowControl/>
        <w:tabs>
          <w:tab w:val="left" w:pos="840"/>
        </w:tabs>
        <w:autoSpaceDE w:val="0"/>
        <w:autoSpaceDN w:val="0"/>
        <w:ind w:right="144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Этот продукт подходит для впускной трубы доменной печи, фурмы, стенки нагревательной печи и другого теплового оборудования.</w:t>
      </w:r>
    </w:p>
    <w:p w:rsidR="005F69DA" w:rsidRPr="00D63317" w:rsidRDefault="00412150" w:rsidP="00412150">
      <w:pPr>
        <w:widowControl/>
        <w:tabs>
          <w:tab w:val="left" w:pos="840"/>
        </w:tabs>
        <w:autoSpaceDE w:val="0"/>
        <w:autoSpaceDN w:val="0"/>
        <w:ind w:right="144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412150" w:rsidRPr="00D63317" w:rsidRDefault="00412150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Высокая прочность, отличные строительные характеристики, хороший эффект при высоких температурах и т. д.</w:t>
      </w:r>
    </w:p>
    <w:p w:rsidR="005F69DA" w:rsidRPr="00D63317" w:rsidRDefault="00412150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0"/>
        <w:gridCol w:w="1423"/>
        <w:gridCol w:w="708"/>
      </w:tblGrid>
      <w:tr w:rsidR="00112A97" w:rsidRPr="00D63317" w:rsidTr="001548E4">
        <w:tc>
          <w:tcPr>
            <w:tcW w:w="3080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Химический состав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</w:p>
        </w:tc>
        <w:tc>
          <w:tcPr>
            <w:tcW w:w="1423" w:type="dxa"/>
          </w:tcPr>
          <w:p w:rsidR="00112A97" w:rsidRPr="001548E4" w:rsidRDefault="00112A97" w:rsidP="00112A9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Al2O3</w:t>
            </w:r>
          </w:p>
        </w:tc>
        <w:tc>
          <w:tcPr>
            <w:tcW w:w="708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&gt;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80</w:t>
            </w:r>
          </w:p>
        </w:tc>
      </w:tr>
      <w:tr w:rsidR="00112A97" w:rsidRPr="00D63317" w:rsidTr="001548E4">
        <w:trPr>
          <w:trHeight w:val="390"/>
        </w:trPr>
        <w:tc>
          <w:tcPr>
            <w:tcW w:w="3080" w:type="dxa"/>
            <w:vMerge w:val="restart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g/cm3</w:t>
            </w:r>
            <w:r w:rsidRPr="001548E4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23" w:type="dxa"/>
          </w:tcPr>
          <w:p w:rsidR="00112A97" w:rsidRPr="001548E4" w:rsidRDefault="00112A97" w:rsidP="00112A9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708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2.96</w:t>
            </w:r>
          </w:p>
        </w:tc>
      </w:tr>
      <w:tr w:rsidR="00112A97" w:rsidRPr="00D63317" w:rsidTr="001548E4">
        <w:trPr>
          <w:trHeight w:val="435"/>
        </w:trPr>
        <w:tc>
          <w:tcPr>
            <w:tcW w:w="3080" w:type="dxa"/>
            <w:vMerge/>
          </w:tcPr>
          <w:p w:rsidR="00112A97" w:rsidRPr="001548E4" w:rsidRDefault="00112A97" w:rsidP="00112A97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23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708" w:type="dxa"/>
          </w:tcPr>
          <w:p w:rsidR="00112A97" w:rsidRPr="001548E4" w:rsidRDefault="00112A97" w:rsidP="00112A97">
            <w:pPr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2.89</w:t>
            </w:r>
          </w:p>
        </w:tc>
      </w:tr>
      <w:tr w:rsidR="00112A97" w:rsidRPr="00D63317" w:rsidTr="001548E4">
        <w:tc>
          <w:tcPr>
            <w:tcW w:w="3080" w:type="dxa"/>
            <w:vMerge w:val="restart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23" w:type="dxa"/>
          </w:tcPr>
          <w:p w:rsidR="00112A97" w:rsidRPr="001548E4" w:rsidRDefault="00112A97" w:rsidP="00112A97">
            <w:pPr>
              <w:pStyle w:val="a8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708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&gt;8</w:t>
            </w:r>
          </w:p>
        </w:tc>
      </w:tr>
      <w:tr w:rsidR="00112A97" w:rsidRPr="00D63317" w:rsidTr="001548E4">
        <w:tc>
          <w:tcPr>
            <w:tcW w:w="3080" w:type="dxa"/>
            <w:vMerge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23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708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&gt;10</w:t>
            </w:r>
          </w:p>
        </w:tc>
      </w:tr>
      <w:tr w:rsidR="00112A97" w:rsidRPr="00D63317" w:rsidTr="001548E4">
        <w:tc>
          <w:tcPr>
            <w:tcW w:w="3080" w:type="dxa"/>
            <w:vMerge w:val="restart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Предел прочности на сжатие</w:t>
            </w:r>
            <w:r w:rsidR="001548E4"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(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423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708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&gt;40</w:t>
            </w:r>
          </w:p>
        </w:tc>
      </w:tr>
      <w:tr w:rsidR="00112A97" w:rsidRPr="00D63317" w:rsidTr="001548E4">
        <w:tc>
          <w:tcPr>
            <w:tcW w:w="3080" w:type="dxa"/>
            <w:vMerge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23" w:type="dxa"/>
          </w:tcPr>
          <w:p w:rsidR="00112A97" w:rsidRPr="001548E4" w:rsidRDefault="00112A97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708" w:type="dxa"/>
          </w:tcPr>
          <w:p w:rsidR="00112A97" w:rsidRPr="001548E4" w:rsidRDefault="00EE53CB" w:rsidP="00112A97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&gt;8</w:t>
            </w:r>
            <w:r w:rsidR="00112A97"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0</w:t>
            </w:r>
          </w:p>
        </w:tc>
      </w:tr>
      <w:tr w:rsidR="00EE53CB" w:rsidRPr="00D63317" w:rsidTr="001548E4">
        <w:tc>
          <w:tcPr>
            <w:tcW w:w="3080" w:type="dxa"/>
            <w:vMerge w:val="restart"/>
          </w:tcPr>
          <w:p w:rsidR="00EE53CB" w:rsidRPr="001548E4" w:rsidRDefault="00EE53CB" w:rsidP="00EE53CB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Линейные изменения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1548E4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23" w:type="dxa"/>
          </w:tcPr>
          <w:p w:rsidR="00EE53CB" w:rsidRPr="001548E4" w:rsidRDefault="00EE53CB" w:rsidP="00EE53CB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24h</w:t>
            </w:r>
          </w:p>
        </w:tc>
        <w:tc>
          <w:tcPr>
            <w:tcW w:w="708" w:type="dxa"/>
          </w:tcPr>
          <w:p w:rsidR="00EE53CB" w:rsidRPr="001548E4" w:rsidRDefault="00EE53CB" w:rsidP="00EE53CB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+0.02</w:t>
            </w:r>
          </w:p>
        </w:tc>
      </w:tr>
      <w:tr w:rsidR="00EE53CB" w:rsidRPr="00D63317" w:rsidTr="001548E4">
        <w:tc>
          <w:tcPr>
            <w:tcW w:w="3080" w:type="dxa"/>
            <w:vMerge/>
          </w:tcPr>
          <w:p w:rsidR="00EE53CB" w:rsidRPr="001548E4" w:rsidRDefault="00EE53CB" w:rsidP="00EE53CB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23" w:type="dxa"/>
          </w:tcPr>
          <w:p w:rsidR="00EE53CB" w:rsidRPr="001548E4" w:rsidRDefault="00EE53CB" w:rsidP="00EE53CB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1450</w:t>
            </w:r>
            <w:r w:rsidRPr="001548E4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°C x 3h</w:t>
            </w:r>
          </w:p>
        </w:tc>
        <w:tc>
          <w:tcPr>
            <w:tcW w:w="708" w:type="dxa"/>
          </w:tcPr>
          <w:p w:rsidR="00EE53CB" w:rsidRPr="001548E4" w:rsidRDefault="00EE53CB" w:rsidP="00EE53CB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eastAsia="SimSun" w:hAnsi="Times New Roman" w:cs="Times New Roman"/>
                <w:sz w:val="20"/>
                <w:szCs w:val="20"/>
              </w:rPr>
              <w:t>-0.04</w:t>
            </w:r>
          </w:p>
        </w:tc>
      </w:tr>
    </w:tbl>
    <w:p w:rsidR="005F69DA" w:rsidRPr="00D63317" w:rsidRDefault="00412150" w:rsidP="00412150">
      <w:pPr>
        <w:widowControl/>
        <w:tabs>
          <w:tab w:val="left" w:pos="840"/>
        </w:tabs>
        <w:autoSpaceDE w:val="0"/>
        <w:autoSpaceDN w:val="0"/>
        <w:spacing w:after="492"/>
        <w:ind w:right="864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4. </w:t>
      </w:r>
      <w:r w:rsidR="00092F94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Внимание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b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Процесс изготовления этой отливки такой же, как и у обычных отливок, и ее можно изготовить после добавления 5% воды и тщательного перемешивания.</w:t>
      </w: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412150" w:rsidRPr="00D63317" w:rsidRDefault="00412150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412150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51795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52716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4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150" w:rsidRPr="00D63317" w:rsidRDefault="00412150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Специальный высокоэффективный сепаратор для шлака и железа.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3492500" cy="3002279"/>
            <wp:effectExtent l="0" t="0" r="0" b="0"/>
            <wp:docPr id="4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00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412150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412150" w:rsidRPr="00D63317" w:rsidRDefault="00412150" w:rsidP="00CF10E5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Этот продукт подходит для горячих металлических резервуаров во время использования.</w:t>
      </w:r>
    </w:p>
    <w:p w:rsidR="00C76889" w:rsidRPr="00D63317" w:rsidRDefault="00412150" w:rsidP="00412150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Устойчивость к эрозии, возможность прочного сцепления с огнеупорной футеровкой, образование изолирующего слоя шлак-железо, легко отделяется при склеивании железного шлака, может продлить цикл мелкого ремонта, уменьшить количество мелких ремонтов, увеличить скорость оборота резервуар с расплавленным чугуном и сокращение труда рабочих, создавая хорошие условия для бесперебойного производства доменных печей.</w:t>
      </w:r>
    </w:p>
    <w:p w:rsidR="005F69DA" w:rsidRPr="00D63317" w:rsidRDefault="00C76889" w:rsidP="00412150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10173" w:type="dxa"/>
        <w:tblLook w:val="04A0" w:firstRow="1" w:lastRow="0" w:firstColumn="1" w:lastColumn="0" w:noHBand="0" w:noVBand="1"/>
      </w:tblPr>
      <w:tblGrid>
        <w:gridCol w:w="1532"/>
        <w:gridCol w:w="1535"/>
        <w:gridCol w:w="1537"/>
        <w:gridCol w:w="1436"/>
        <w:gridCol w:w="2957"/>
        <w:gridCol w:w="1176"/>
      </w:tblGrid>
      <w:tr w:rsidR="00B6395E" w:rsidRPr="00D63317" w:rsidTr="001548E4">
        <w:tc>
          <w:tcPr>
            <w:tcW w:w="1540" w:type="dxa"/>
          </w:tcPr>
          <w:p w:rsidR="00B6395E" w:rsidRPr="00D63317" w:rsidRDefault="00B6395E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Al2O3</w:t>
            </w:r>
          </w:p>
        </w:tc>
        <w:tc>
          <w:tcPr>
            <w:tcW w:w="1540" w:type="dxa"/>
          </w:tcPr>
          <w:p w:rsidR="00B6395E" w:rsidRPr="00D63317" w:rsidRDefault="00B6395E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SiO2+SiC</w:t>
            </w:r>
          </w:p>
        </w:tc>
        <w:tc>
          <w:tcPr>
            <w:tcW w:w="1540" w:type="dxa"/>
          </w:tcPr>
          <w:p w:rsidR="00C568A4" w:rsidRPr="00D63317" w:rsidRDefault="00C568A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Microsoft YaHei" w:hAnsi="Times New Roman" w:cs="Times New Roman"/>
                <w:sz w:val="20"/>
                <w:szCs w:val="20"/>
                <w:lang w:val="ru-RU"/>
              </w:rPr>
              <w:t>Связующий материал</w:t>
            </w:r>
          </w:p>
        </w:tc>
        <w:tc>
          <w:tcPr>
            <w:tcW w:w="1442" w:type="dxa"/>
          </w:tcPr>
          <w:p w:rsidR="00C568A4" w:rsidRPr="00D63317" w:rsidRDefault="00C568A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Microsoft YaHei" w:hAnsi="Times New Roman" w:cs="Times New Roman"/>
                <w:sz w:val="20"/>
                <w:szCs w:val="20"/>
                <w:lang w:val="ru-RU"/>
              </w:rPr>
              <w:t>Добавка</w:t>
            </w:r>
          </w:p>
        </w:tc>
        <w:tc>
          <w:tcPr>
            <w:tcW w:w="2977" w:type="dxa"/>
          </w:tcPr>
          <w:p w:rsidR="00B6395E" w:rsidRPr="00D63317" w:rsidRDefault="00B51809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g/cm3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  <w:r w:rsidR="00E26C0B"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150</w:t>
            </w:r>
            <w:r w:rsidR="00B6395E"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</w:t>
            </w:r>
            <w:r w:rsidR="00B6395E"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°</w:t>
            </w:r>
            <w:r w:rsidR="00B6395E"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C</w:t>
            </w:r>
            <w:r w:rsidR="00B6395E"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="00B6395E"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x</w:t>
            </w:r>
            <w:r w:rsidR="00B6395E"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 xml:space="preserve"> 3</w:t>
            </w:r>
            <w:r w:rsidR="00B6395E"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h</w:t>
            </w:r>
          </w:p>
        </w:tc>
        <w:tc>
          <w:tcPr>
            <w:tcW w:w="1134" w:type="dxa"/>
          </w:tcPr>
          <w:p w:rsidR="00B51809" w:rsidRPr="00D63317" w:rsidRDefault="00B51809" w:rsidP="00C568A4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Видимая</w:t>
            </w:r>
            <w:proofErr w:type="spellEnd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пористость</w:t>
            </w:r>
            <w:proofErr w:type="spellEnd"/>
          </w:p>
        </w:tc>
      </w:tr>
      <w:tr w:rsidR="00B6395E" w:rsidRPr="00D63317" w:rsidTr="001548E4">
        <w:tc>
          <w:tcPr>
            <w:tcW w:w="1540" w:type="dxa"/>
          </w:tcPr>
          <w:p w:rsidR="00B6395E" w:rsidRPr="00D63317" w:rsidRDefault="00413DEB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≥30%</w:t>
            </w:r>
          </w:p>
        </w:tc>
        <w:tc>
          <w:tcPr>
            <w:tcW w:w="1540" w:type="dxa"/>
          </w:tcPr>
          <w:p w:rsidR="00B6395E" w:rsidRPr="00D63317" w:rsidRDefault="00413DEB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10-20%</w:t>
            </w:r>
          </w:p>
        </w:tc>
        <w:tc>
          <w:tcPr>
            <w:tcW w:w="1540" w:type="dxa"/>
          </w:tcPr>
          <w:p w:rsidR="00B6395E" w:rsidRPr="00D63317" w:rsidRDefault="00413DEB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30-35%</w:t>
            </w:r>
          </w:p>
        </w:tc>
        <w:tc>
          <w:tcPr>
            <w:tcW w:w="1442" w:type="dxa"/>
          </w:tcPr>
          <w:p w:rsidR="00B6395E" w:rsidRPr="00D63317" w:rsidRDefault="00413DEB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18-20%</w:t>
            </w:r>
          </w:p>
        </w:tc>
        <w:tc>
          <w:tcPr>
            <w:tcW w:w="2977" w:type="dxa"/>
          </w:tcPr>
          <w:p w:rsidR="00B6395E" w:rsidRPr="00D63317" w:rsidRDefault="00413DEB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≥1.6</w:t>
            </w:r>
          </w:p>
        </w:tc>
        <w:tc>
          <w:tcPr>
            <w:tcW w:w="1134" w:type="dxa"/>
          </w:tcPr>
          <w:p w:rsidR="00B6395E" w:rsidRPr="00D63317" w:rsidRDefault="00413DEB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≤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40%</w:t>
            </w:r>
          </w:p>
        </w:tc>
      </w:tr>
    </w:tbl>
    <w:p w:rsidR="00C76889" w:rsidRPr="00D63317" w:rsidRDefault="00C76889" w:rsidP="00C76889">
      <w:pPr>
        <w:widowControl/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4. </w:t>
      </w:r>
      <w:r w:rsidR="00092F94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Внимание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1. Продукт жидкий используется бочковая тара. Перед изготовлением продукт следует равномерно перемешать во второй раз, а затем медленно добавить в торкрет-машину.</w:t>
      </w:r>
    </w:p>
    <w:p w:rsidR="00C76889" w:rsidRPr="00D63317" w:rsidRDefault="00C76889" w:rsidP="00C76889">
      <w:pPr>
        <w:widowControl/>
        <w:autoSpaceDE w:val="0"/>
        <w:autoSpaceDN w:val="0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2. Отрегулируйте давление и скорость нагнетания торкрет-машины так, чтобы продукт мог равномерно распыляться на рабочую поверхность резервуара с расплавленным железом.</w:t>
      </w:r>
    </w:p>
    <w:p w:rsidR="005F69DA" w:rsidRPr="00D63317" w:rsidRDefault="00C76889" w:rsidP="00C76889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3. При распылении лучше использовать горячий бак для лучшего строительного эффекта.</w:t>
      </w:r>
      <w:r w:rsidR="008E792A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Если распыление происходит при комнатной температуре, после завершения строительства резервуар с расплавленным железом следует обжечь.</w:t>
      </w:r>
      <w:r w:rsidR="008E792A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Температура обжига должна быть выше 500°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</w:rPr>
        <w:t>C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. пока не высохнет.</w:t>
      </w: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536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4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54560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4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339" w:rsidRPr="00D63317" w:rsidRDefault="00F41339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1548E4">
        <w:rPr>
          <w:rFonts w:ascii="Times New Roman" w:eastAsia="SimSun" w:hAnsi="Times New Roman" w:cs="Times New Roman"/>
          <w:sz w:val="20"/>
          <w:szCs w:val="20"/>
          <w:lang w:val="ru-RU"/>
        </w:rPr>
        <w:t>Укрывной агент</w:t>
      </w: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из жидкого ч</w:t>
      </w:r>
      <w:r w:rsidR="00D63317">
        <w:rPr>
          <w:rFonts w:ascii="Times New Roman" w:eastAsia="SimSun" w:hAnsi="Times New Roman" w:cs="Times New Roman"/>
          <w:sz w:val="20"/>
          <w:szCs w:val="20"/>
          <w:lang w:val="ru-RU"/>
        </w:rPr>
        <w:t>у</w:t>
      </w: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гуна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F41339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F41339" w:rsidRPr="00D63317" w:rsidRDefault="00F41339" w:rsidP="00CF10E5">
      <w:pPr>
        <w:widowControl/>
        <w:tabs>
          <w:tab w:val="left" w:pos="60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подходит для использования в железных траншеях или в чугуновозных ковшах.</w:t>
      </w:r>
    </w:p>
    <w:p w:rsidR="00F41339" w:rsidRPr="00D63317" w:rsidRDefault="00F41339" w:rsidP="00CF10E5">
      <w:pPr>
        <w:widowControl/>
        <w:tabs>
          <w:tab w:val="left" w:pos="600"/>
        </w:tabs>
        <w:autoSpaceDE w:val="0"/>
        <w:autoSpaceDN w:val="0"/>
        <w:ind w:right="288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t>1. Хорошие теплоизоляционные характеристики. После добавления может спекаться и быстро расширяться в условиях высоких температур, что оказывает хороший теплоизоляционный эффект.</w:t>
      </w:r>
    </w:p>
    <w:p w:rsidR="003149E7" w:rsidRPr="00D63317" w:rsidRDefault="00F41339" w:rsidP="00F41339">
      <w:pPr>
        <w:widowControl/>
        <w:tabs>
          <w:tab w:val="left" w:pos="60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2. Хорошая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диспергируемость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. </w:t>
      </w:r>
      <w:r w:rsidR="003149E7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При распределении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по поверхност</w:t>
      </w:r>
      <w:r w:rsidR="003149E7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и расплавленного железа, образуется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толстый изоляционный слой.</w:t>
      </w:r>
    </w:p>
    <w:p w:rsidR="003149E7" w:rsidRPr="00D63317" w:rsidRDefault="003149E7" w:rsidP="003149E7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3. Отсутствие химической реакции с расплавленным железом, отсутствие увеличения примесей в расплавленном железе.</w:t>
      </w:r>
    </w:p>
    <w:p w:rsidR="003149E7" w:rsidRPr="00D63317" w:rsidRDefault="003149E7" w:rsidP="003149E7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4. Малое количество потребления, экономия денег и энергии.</w:t>
      </w:r>
    </w:p>
    <w:p w:rsidR="005F69DA" w:rsidRPr="00D63317" w:rsidRDefault="00F41339" w:rsidP="003149E7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1540"/>
        <w:gridCol w:w="978"/>
        <w:gridCol w:w="1134"/>
        <w:gridCol w:w="709"/>
        <w:gridCol w:w="3118"/>
        <w:gridCol w:w="3119"/>
      </w:tblGrid>
      <w:tr w:rsidR="00577254" w:rsidRPr="001548E4" w:rsidTr="001548E4">
        <w:tc>
          <w:tcPr>
            <w:tcW w:w="1540" w:type="dxa"/>
          </w:tcPr>
          <w:p w:rsidR="00577254" w:rsidRPr="00D63317" w:rsidRDefault="0057725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8" w:type="dxa"/>
          </w:tcPr>
          <w:p w:rsidR="00577254" w:rsidRPr="00D63317" w:rsidRDefault="0057725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SiO2 (%)</w:t>
            </w:r>
          </w:p>
        </w:tc>
        <w:tc>
          <w:tcPr>
            <w:tcW w:w="1134" w:type="dxa"/>
          </w:tcPr>
          <w:p w:rsidR="00577254" w:rsidRPr="00D63317" w:rsidRDefault="0057725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Al2O3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(%)</w:t>
            </w:r>
          </w:p>
        </w:tc>
        <w:tc>
          <w:tcPr>
            <w:tcW w:w="709" w:type="dxa"/>
          </w:tcPr>
          <w:p w:rsidR="00577254" w:rsidRPr="00D63317" w:rsidRDefault="0057725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gramStart"/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С(</w:t>
            </w:r>
            <w:proofErr w:type="gramEnd"/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%)</w:t>
            </w:r>
          </w:p>
        </w:tc>
        <w:tc>
          <w:tcPr>
            <w:tcW w:w="3118" w:type="dxa"/>
          </w:tcPr>
          <w:p w:rsidR="00B51809" w:rsidRPr="00D63317" w:rsidRDefault="00B51809" w:rsidP="00C568A4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Коэффициент</w:t>
            </w:r>
            <w:proofErr w:type="spellEnd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расширения</w:t>
            </w:r>
            <w:proofErr w:type="spellEnd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D63317">
              <w:rPr>
                <w:rFonts w:ascii="Times New Roman" w:eastAsia="MS Gothic" w:hAnsi="Times New Roman" w:cs="Times New Roman"/>
                <w:sz w:val="20"/>
                <w:szCs w:val="20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3119" w:type="dxa"/>
          </w:tcPr>
          <w:p w:rsidR="00B51809" w:rsidRPr="00D63317" w:rsidRDefault="00B51809" w:rsidP="00C568A4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Потери при прокаливании 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%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</w:tr>
      <w:tr w:rsidR="00577254" w:rsidRPr="00D63317" w:rsidTr="001548E4">
        <w:tc>
          <w:tcPr>
            <w:tcW w:w="1540" w:type="dxa"/>
          </w:tcPr>
          <w:p w:rsidR="00577254" w:rsidRPr="00D63317" w:rsidRDefault="00C568A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YFD-1</w:t>
            </w:r>
          </w:p>
        </w:tc>
        <w:tc>
          <w:tcPr>
            <w:tcW w:w="978" w:type="dxa"/>
          </w:tcPr>
          <w:p w:rsidR="00577254" w:rsidRPr="00D63317" w:rsidRDefault="00C568A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&gt;32</w:t>
            </w:r>
          </w:p>
        </w:tc>
        <w:tc>
          <w:tcPr>
            <w:tcW w:w="1134" w:type="dxa"/>
          </w:tcPr>
          <w:p w:rsidR="00577254" w:rsidRPr="00D63317" w:rsidRDefault="00C568A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&gt;5.4</w:t>
            </w:r>
          </w:p>
        </w:tc>
        <w:tc>
          <w:tcPr>
            <w:tcW w:w="709" w:type="dxa"/>
          </w:tcPr>
          <w:p w:rsidR="00577254" w:rsidRPr="00D63317" w:rsidRDefault="00C568A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&gt;10</w:t>
            </w:r>
          </w:p>
        </w:tc>
        <w:tc>
          <w:tcPr>
            <w:tcW w:w="3118" w:type="dxa"/>
          </w:tcPr>
          <w:p w:rsidR="00577254" w:rsidRPr="00D63317" w:rsidRDefault="00C568A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K0</w:t>
            </w: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≥15</w:t>
            </w:r>
          </w:p>
        </w:tc>
        <w:tc>
          <w:tcPr>
            <w:tcW w:w="3119" w:type="dxa"/>
          </w:tcPr>
          <w:p w:rsidR="00577254" w:rsidRPr="00D63317" w:rsidRDefault="00C568A4" w:rsidP="00C568A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&gt;26</w:t>
            </w:r>
          </w:p>
        </w:tc>
      </w:tr>
    </w:tbl>
    <w:p w:rsidR="00577254" w:rsidRPr="00D63317" w:rsidRDefault="00577254" w:rsidP="003149E7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2512"/>
        <w:jc w:val="center"/>
        <w:rPr>
          <w:rFonts w:ascii="Times New Roman" w:hAnsi="Times New Roman" w:cs="Times New Roman"/>
          <w:sz w:val="20"/>
          <w:szCs w:val="20"/>
        </w:rPr>
      </w:pPr>
    </w:p>
    <w:p w:rsidR="005F69DA" w:rsidRPr="001548E4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1548E4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1548E4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1548E4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55481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5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5640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5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9E7" w:rsidRPr="00D63317" w:rsidRDefault="003149E7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Разбавленный (поли)шлаковый агент для предварительной обработки расплавленного чугуна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306320"/>
            <wp:effectExtent l="0" t="0" r="0" b="0"/>
            <wp:docPr id="5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3149E7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1. </w:t>
      </w:r>
      <w:proofErr w:type="spellStart"/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Область</w:t>
      </w:r>
      <w:proofErr w:type="spellEnd"/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применения</w:t>
      </w:r>
      <w:proofErr w:type="spellEnd"/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p w:rsidR="001548E4" w:rsidRDefault="001548E4" w:rsidP="001548E4">
      <w:pPr>
        <w:widowControl/>
        <w:tabs>
          <w:tab w:val="left" w:pos="600"/>
        </w:tabs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1548E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пригоден для использования в процессе предварительной обработки железа.</w:t>
      </w:r>
    </w:p>
    <w:p w:rsidR="001548E4" w:rsidRPr="001548E4" w:rsidRDefault="003149E7" w:rsidP="001548E4">
      <w:pPr>
        <w:widowControl/>
        <w:tabs>
          <w:tab w:val="left" w:pos="600"/>
        </w:tabs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1548E4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1548E4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1548E4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1548E4">
        <w:rPr>
          <w:rFonts w:ascii="Times New Roman" w:hAnsi="Times New Roman" w:cs="Times New Roman"/>
          <w:sz w:val="20"/>
          <w:szCs w:val="20"/>
          <w:lang w:val="ru-RU"/>
        </w:rPr>
        <w:br/>
      </w:r>
      <w:r w:rsidR="001548E4" w:rsidRPr="001548E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1. Этот разжижающий (</w:t>
      </w:r>
      <w:proofErr w:type="spellStart"/>
      <w:r w:rsidR="001548E4" w:rsidRPr="001548E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полимеризующий</w:t>
      </w:r>
      <w:proofErr w:type="spellEnd"/>
      <w:r w:rsidR="001548E4" w:rsidRPr="001548E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) агент регулируется в соответствии с составом расплавленного железа пользователя, составом шлака, количеством шлака и т. д., чтобы он имел подходящую температуру плавления и вязкость, что удобно для плавного удаления шлака после десульфурации.</w:t>
      </w:r>
    </w:p>
    <w:p w:rsidR="001548E4" w:rsidRPr="001548E4" w:rsidRDefault="001548E4" w:rsidP="001548E4">
      <w:pPr>
        <w:widowControl/>
        <w:tabs>
          <w:tab w:val="left" w:pos="60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1548E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2. После того, как этот разбавленный (поли)шлаковый агент добавляется к поверхности шлака расплавленного железа, он имеет высокую скорость шлакования и его легко смешивать со шлаком десульфурации, образуя </w:t>
      </w:r>
      <w:proofErr w:type="spellStart"/>
      <w:r w:rsidRPr="001548E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соплавящуюся</w:t>
      </w:r>
      <w:proofErr w:type="spellEnd"/>
      <w:r w:rsidRPr="001548E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шлаковую систему.</w:t>
      </w:r>
    </w:p>
    <w:p w:rsidR="001548E4" w:rsidRPr="001548E4" w:rsidRDefault="001548E4" w:rsidP="001548E4">
      <w:pPr>
        <w:widowControl/>
        <w:tabs>
          <w:tab w:val="left" w:pos="60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1548E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3. </w:t>
      </w:r>
      <w:r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</w:t>
      </w:r>
      <w:r w:rsidRPr="001548E4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репятствует реверсии серы.</w:t>
      </w:r>
    </w:p>
    <w:p w:rsidR="005F69DA" w:rsidRPr="00D63317" w:rsidRDefault="003149E7" w:rsidP="001548E4">
      <w:pPr>
        <w:widowControl/>
        <w:tabs>
          <w:tab w:val="left" w:pos="600"/>
        </w:tabs>
        <w:autoSpaceDE w:val="0"/>
        <w:autoSpaceDN w:val="0"/>
        <w:ind w:right="288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512"/>
        <w:gridCol w:w="1517"/>
        <w:gridCol w:w="1516"/>
        <w:gridCol w:w="1517"/>
        <w:gridCol w:w="1517"/>
        <w:gridCol w:w="1663"/>
      </w:tblGrid>
      <w:tr w:rsidR="0007001C" w:rsidRPr="00D63317" w:rsidTr="001548E4">
        <w:tc>
          <w:tcPr>
            <w:tcW w:w="1512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17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Al2O3</w:t>
            </w:r>
          </w:p>
        </w:tc>
        <w:tc>
          <w:tcPr>
            <w:tcW w:w="1516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SiO2</w:t>
            </w:r>
          </w:p>
        </w:tc>
        <w:tc>
          <w:tcPr>
            <w:tcW w:w="1517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517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FeO</w:t>
            </w:r>
            <w:proofErr w:type="spellEnd"/>
          </w:p>
        </w:tc>
        <w:tc>
          <w:tcPr>
            <w:tcW w:w="1663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07001C" w:rsidRPr="00D63317" w:rsidTr="001548E4">
        <w:tc>
          <w:tcPr>
            <w:tcW w:w="1512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DX-1</w:t>
            </w:r>
          </w:p>
        </w:tc>
        <w:tc>
          <w:tcPr>
            <w:tcW w:w="1517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2~1.5</w:t>
            </w:r>
          </w:p>
        </w:tc>
        <w:tc>
          <w:tcPr>
            <w:tcW w:w="1516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48~55</w:t>
            </w:r>
          </w:p>
        </w:tc>
        <w:tc>
          <w:tcPr>
            <w:tcW w:w="1517" w:type="dxa"/>
          </w:tcPr>
          <w:p w:rsidR="00677CB3" w:rsidRPr="00D63317" w:rsidRDefault="00677CB3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Н</w:t>
            </w:r>
            <w:proofErr w:type="spellStart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орма</w:t>
            </w:r>
            <w:proofErr w:type="spellEnd"/>
          </w:p>
        </w:tc>
        <w:tc>
          <w:tcPr>
            <w:tcW w:w="1517" w:type="dxa"/>
          </w:tcPr>
          <w:p w:rsidR="0007001C" w:rsidRPr="00D63317" w:rsidRDefault="0007001C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10~15</w:t>
            </w:r>
          </w:p>
        </w:tc>
        <w:tc>
          <w:tcPr>
            <w:tcW w:w="1663" w:type="dxa"/>
          </w:tcPr>
          <w:p w:rsidR="00677CB3" w:rsidRPr="001548E4" w:rsidRDefault="001548E4" w:rsidP="00CF0D96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1548E4">
              <w:rPr>
                <w:rFonts w:ascii="Times New Roman" w:hAnsi="Times New Roman" w:cs="Times New Roman"/>
                <w:sz w:val="20"/>
                <w:szCs w:val="20"/>
              </w:rPr>
              <w:t>Подгонка</w:t>
            </w:r>
          </w:p>
        </w:tc>
      </w:tr>
      <w:tr w:rsidR="001548E4" w:rsidRPr="00D63317" w:rsidTr="001548E4">
        <w:tc>
          <w:tcPr>
            <w:tcW w:w="1512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DS-2</w:t>
            </w:r>
          </w:p>
        </w:tc>
        <w:tc>
          <w:tcPr>
            <w:tcW w:w="1517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3~5</w:t>
            </w:r>
          </w:p>
        </w:tc>
        <w:tc>
          <w:tcPr>
            <w:tcW w:w="1516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10~20</w:t>
            </w:r>
          </w:p>
        </w:tc>
        <w:tc>
          <w:tcPr>
            <w:tcW w:w="1517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Н</w:t>
            </w:r>
            <w:proofErr w:type="spellStart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орма</w:t>
            </w:r>
            <w:proofErr w:type="spellEnd"/>
          </w:p>
        </w:tc>
        <w:tc>
          <w:tcPr>
            <w:tcW w:w="1517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5~10</w:t>
            </w:r>
          </w:p>
        </w:tc>
        <w:tc>
          <w:tcPr>
            <w:tcW w:w="1663" w:type="dxa"/>
          </w:tcPr>
          <w:p w:rsidR="001548E4" w:rsidRDefault="001548E4" w:rsidP="001548E4">
            <w:proofErr w:type="spellStart"/>
            <w:r w:rsidRPr="00DC79A3">
              <w:rPr>
                <w:rFonts w:ascii="Times New Roman" w:hAnsi="Times New Roman" w:cs="Times New Roman"/>
                <w:sz w:val="20"/>
                <w:szCs w:val="20"/>
              </w:rPr>
              <w:t>Подгонка</w:t>
            </w:r>
            <w:proofErr w:type="spellEnd"/>
          </w:p>
        </w:tc>
      </w:tr>
      <w:tr w:rsidR="001548E4" w:rsidRPr="00D63317" w:rsidTr="001548E4">
        <w:tc>
          <w:tcPr>
            <w:tcW w:w="1512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DS-3</w:t>
            </w:r>
          </w:p>
        </w:tc>
        <w:tc>
          <w:tcPr>
            <w:tcW w:w="1517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10~12</w:t>
            </w:r>
          </w:p>
        </w:tc>
        <w:tc>
          <w:tcPr>
            <w:tcW w:w="1516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65-70</w:t>
            </w:r>
          </w:p>
        </w:tc>
        <w:tc>
          <w:tcPr>
            <w:tcW w:w="1517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Н</w:t>
            </w:r>
            <w:proofErr w:type="spellStart"/>
            <w:r w:rsidRPr="00D6331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орма</w:t>
            </w:r>
            <w:proofErr w:type="spellEnd"/>
          </w:p>
        </w:tc>
        <w:tc>
          <w:tcPr>
            <w:tcW w:w="1517" w:type="dxa"/>
          </w:tcPr>
          <w:p w:rsidR="001548E4" w:rsidRPr="00D63317" w:rsidRDefault="001548E4" w:rsidP="001548E4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≤1.5</w:t>
            </w:r>
          </w:p>
        </w:tc>
        <w:tc>
          <w:tcPr>
            <w:tcW w:w="1663" w:type="dxa"/>
          </w:tcPr>
          <w:p w:rsidR="001548E4" w:rsidRDefault="001548E4" w:rsidP="001548E4">
            <w:proofErr w:type="spellStart"/>
            <w:r w:rsidRPr="00DC79A3">
              <w:rPr>
                <w:rFonts w:ascii="Times New Roman" w:hAnsi="Times New Roman" w:cs="Times New Roman"/>
                <w:sz w:val="20"/>
                <w:szCs w:val="20"/>
              </w:rPr>
              <w:t>Подгонка</w:t>
            </w:r>
            <w:proofErr w:type="spellEnd"/>
          </w:p>
        </w:tc>
      </w:tr>
    </w:tbl>
    <w:p w:rsidR="003149E7" w:rsidRPr="00D63317" w:rsidRDefault="003149E7" w:rsidP="00F217C2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4. Физические свойства: 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температура плавления≤1200℃, содержание влаги≤1%, потери при воспламенении≤4, размер частиц 1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</w:rPr>
        <w:t>～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10 мм.</w:t>
      </w:r>
    </w:p>
    <w:p w:rsidR="005F69DA" w:rsidRPr="00D63317" w:rsidRDefault="003149E7" w:rsidP="00CF10E5">
      <w:pPr>
        <w:widowControl/>
        <w:autoSpaceDE w:val="0"/>
        <w:autoSpaceDN w:val="0"/>
        <w:ind w:right="1008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5. </w:t>
      </w:r>
      <w:r w:rsidR="00092F94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Внимание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3149E7" w:rsidRPr="00D63317" w:rsidRDefault="003149E7" w:rsidP="003149E7">
      <w:pPr>
        <w:widowControl/>
        <w:autoSpaceDE w:val="0"/>
        <w:autoSpaceDN w:val="0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1. Транспортировка и хранение должны быть влагозащищенными.</w:t>
      </w:r>
    </w:p>
    <w:p w:rsidR="005F69DA" w:rsidRPr="00D63317" w:rsidRDefault="003149E7" w:rsidP="003149E7">
      <w:pPr>
        <w:widowControl/>
        <w:autoSpaceDE w:val="0"/>
        <w:autoSpaceDN w:val="0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2. Дозировка должна добавляться в зависимости от вязкости шлака, ориентировочная дозировка составляет 1,25-4,5 кг/т стали.</w:t>
      </w:r>
    </w:p>
    <w:p w:rsidR="003149E7" w:rsidRPr="00D63317" w:rsidRDefault="003149E7" w:rsidP="003149E7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57324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5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5824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5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9E7" w:rsidRPr="00D63317" w:rsidRDefault="003149E7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Фосфатный шлам NJ-75</w:t>
      </w:r>
    </w:p>
    <w:p w:rsidR="005F69DA" w:rsidRPr="00D63317" w:rsidRDefault="00870DEF" w:rsidP="00CF10E5">
      <w:pPr>
        <w:widowControl/>
        <w:autoSpaceDE w:val="0"/>
        <w:autoSpaceDN w:val="0"/>
        <w:ind w:right="2032"/>
        <w:jc w:val="righ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306320"/>
            <wp:effectExtent l="0" t="0" r="0" b="0"/>
            <wp:docPr id="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3149E7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3149E7" w:rsidRPr="00D63317" w:rsidRDefault="003149E7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Этот продукт подходит для кирпичной кладки в зонах с высокими температурами.</w:t>
      </w:r>
    </w:p>
    <w:p w:rsidR="005F69DA" w:rsidRPr="00D63317" w:rsidRDefault="003149E7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02"/>
        <w:gridCol w:w="894"/>
        <w:gridCol w:w="523"/>
        <w:gridCol w:w="851"/>
      </w:tblGrid>
      <w:tr w:rsidR="00CE0D96" w:rsidRPr="00D63317" w:rsidTr="00F217C2">
        <w:tc>
          <w:tcPr>
            <w:tcW w:w="2802" w:type="dxa"/>
            <w:vMerge w:val="restart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="00866795" w:rsidRPr="00D63317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894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Al2O3</w:t>
            </w:r>
          </w:p>
        </w:tc>
        <w:tc>
          <w:tcPr>
            <w:tcW w:w="523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60-8</w:t>
            </w:r>
          </w:p>
        </w:tc>
      </w:tr>
      <w:tr w:rsidR="00CE0D96" w:rsidRPr="00D63317" w:rsidTr="00F217C2">
        <w:tc>
          <w:tcPr>
            <w:tcW w:w="2802" w:type="dxa"/>
            <w:vMerge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4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Fe2O3</w:t>
            </w:r>
          </w:p>
        </w:tc>
        <w:tc>
          <w:tcPr>
            <w:tcW w:w="523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&lt;1.5</w:t>
            </w:r>
          </w:p>
        </w:tc>
      </w:tr>
      <w:tr w:rsidR="00CE0D96" w:rsidRPr="00D63317" w:rsidTr="00F217C2">
        <w:tc>
          <w:tcPr>
            <w:tcW w:w="2802" w:type="dxa"/>
            <w:vMerge w:val="restart"/>
          </w:tcPr>
          <w:p w:rsidR="00CE0D96" w:rsidRPr="00F217C2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217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F217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F217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17" w:type="dxa"/>
            <w:gridSpan w:val="2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851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&gt;1</w:t>
            </w:r>
          </w:p>
        </w:tc>
      </w:tr>
      <w:tr w:rsidR="00CE0D96" w:rsidRPr="00D63317" w:rsidTr="00F217C2">
        <w:tc>
          <w:tcPr>
            <w:tcW w:w="2802" w:type="dxa"/>
            <w:vMerge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gridSpan w:val="2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1500°C x 3h</w:t>
            </w:r>
          </w:p>
        </w:tc>
        <w:tc>
          <w:tcPr>
            <w:tcW w:w="851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&gt;2</w:t>
            </w:r>
          </w:p>
        </w:tc>
      </w:tr>
      <w:tr w:rsidR="00CE0D96" w:rsidRPr="00D63317" w:rsidTr="00F217C2">
        <w:tc>
          <w:tcPr>
            <w:tcW w:w="2802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Огнеупорность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℃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17" w:type="dxa"/>
            <w:gridSpan w:val="2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</w:tcPr>
          <w:p w:rsidR="00CE0D96" w:rsidRPr="00D63317" w:rsidRDefault="00CE0D96" w:rsidP="00677CB3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&gt;1790</w:t>
            </w:r>
          </w:p>
        </w:tc>
      </w:tr>
    </w:tbl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59168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6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0089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6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0E41" w:rsidRPr="00D63317" w:rsidRDefault="00270E41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Углеродные материалы для холодной штамповки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306320"/>
            <wp:effectExtent l="0" t="0" r="0" b="0"/>
            <wp:docPr id="6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E41" w:rsidRPr="00D63317" w:rsidRDefault="00270E41" w:rsidP="00270E41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предназначен для заполнения зазоров между блоками обожженного угля, охлаждающими стенками, а также колошниками печей, талями печей, охлаждающими стенками печей и огнеупорным кирпичом.</w:t>
      </w:r>
    </w:p>
    <w:p w:rsidR="005F69DA" w:rsidRPr="00D63317" w:rsidRDefault="00270E41" w:rsidP="00270E41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1843"/>
      </w:tblGrid>
      <w:tr w:rsidR="00CF0D96" w:rsidRPr="00D63317" w:rsidTr="00F217C2">
        <w:tc>
          <w:tcPr>
            <w:tcW w:w="3510" w:type="dxa"/>
          </w:tcPr>
          <w:p w:rsidR="00CF0D96" w:rsidRPr="00F217C2" w:rsidRDefault="00956F53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proofErr w:type="spellStart"/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Наименование</w:t>
            </w:r>
            <w:proofErr w:type="spellEnd"/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CF0D96" w:rsidRPr="00F217C2" w:rsidRDefault="00956F53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Ед</w:t>
            </w: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. измерения</w:t>
            </w:r>
          </w:p>
        </w:tc>
        <w:tc>
          <w:tcPr>
            <w:tcW w:w="1843" w:type="dxa"/>
          </w:tcPr>
          <w:p w:rsidR="00CF0D96" w:rsidRPr="00F217C2" w:rsidRDefault="00CF0D96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YY-LD-12</w:t>
            </w:r>
          </w:p>
        </w:tc>
      </w:tr>
      <w:tr w:rsidR="00CF0D96" w:rsidRPr="00D63317" w:rsidTr="00F217C2">
        <w:tc>
          <w:tcPr>
            <w:tcW w:w="3510" w:type="dxa"/>
          </w:tcPr>
          <w:p w:rsidR="00956F53" w:rsidRPr="00F217C2" w:rsidRDefault="00956F53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proofErr w:type="spellStart"/>
            <w:r w:rsidRPr="00F217C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Зольность</w:t>
            </w:r>
            <w:proofErr w:type="spellEnd"/>
          </w:p>
        </w:tc>
        <w:tc>
          <w:tcPr>
            <w:tcW w:w="1843" w:type="dxa"/>
          </w:tcPr>
          <w:p w:rsidR="00CF0D96" w:rsidRPr="00F217C2" w:rsidRDefault="00CF0D96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843" w:type="dxa"/>
          </w:tcPr>
          <w:p w:rsidR="00CF0D96" w:rsidRPr="00F217C2" w:rsidRDefault="00CF0D96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&gt;1.5</w:t>
            </w:r>
          </w:p>
        </w:tc>
      </w:tr>
      <w:tr w:rsidR="00CF0D96" w:rsidRPr="00D63317" w:rsidTr="00F217C2">
        <w:tc>
          <w:tcPr>
            <w:tcW w:w="3510" w:type="dxa"/>
          </w:tcPr>
          <w:p w:rsidR="00956F53" w:rsidRPr="00F217C2" w:rsidRDefault="00956F53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proofErr w:type="spellStart"/>
            <w:r w:rsidRPr="00F217C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Летучесть</w:t>
            </w:r>
            <w:proofErr w:type="spellEnd"/>
          </w:p>
        </w:tc>
        <w:tc>
          <w:tcPr>
            <w:tcW w:w="1843" w:type="dxa"/>
          </w:tcPr>
          <w:p w:rsidR="00CF0D96" w:rsidRPr="00F217C2" w:rsidRDefault="00CF0D96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843" w:type="dxa"/>
          </w:tcPr>
          <w:p w:rsidR="00CF0D96" w:rsidRPr="00F217C2" w:rsidRDefault="00CF0D96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&gt;10-12</w:t>
            </w:r>
          </w:p>
        </w:tc>
      </w:tr>
      <w:tr w:rsidR="00CF0D96" w:rsidRPr="00D63317" w:rsidTr="00F217C2">
        <w:tc>
          <w:tcPr>
            <w:tcW w:w="3510" w:type="dxa"/>
          </w:tcPr>
          <w:p w:rsidR="00CF0D96" w:rsidRPr="00F217C2" w:rsidRDefault="00212CE5" w:rsidP="00F217C2">
            <w:pPr>
              <w:pStyle w:val="a8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F217C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F217C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F217C2"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  <w:r w:rsidRPr="00F217C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/</w:t>
            </w:r>
            <w:r w:rsidRPr="00F217C2">
              <w:rPr>
                <w:rFonts w:ascii="Times New Roman" w:hAnsi="Times New Roman" w:cs="Times New Roman"/>
                <w:bCs/>
                <w:sz w:val="20"/>
                <w:szCs w:val="20"/>
              </w:rPr>
              <w:t>cm</w:t>
            </w:r>
            <w:r w:rsidRPr="00F217C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</w:t>
            </w:r>
            <w:r w:rsidRPr="00F217C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1843" w:type="dxa"/>
          </w:tcPr>
          <w:p w:rsidR="00CF0D96" w:rsidRPr="00F217C2" w:rsidRDefault="00212CE5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g/cm3</w:t>
            </w:r>
          </w:p>
        </w:tc>
        <w:tc>
          <w:tcPr>
            <w:tcW w:w="1843" w:type="dxa"/>
          </w:tcPr>
          <w:p w:rsidR="00CF0D96" w:rsidRPr="00F217C2" w:rsidRDefault="00CF0D96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&gt;1.65</w:t>
            </w:r>
          </w:p>
        </w:tc>
      </w:tr>
      <w:tr w:rsidR="00CF0D96" w:rsidRPr="00D63317" w:rsidTr="00F217C2">
        <w:tc>
          <w:tcPr>
            <w:tcW w:w="3510" w:type="dxa"/>
          </w:tcPr>
          <w:p w:rsidR="00CF0D96" w:rsidRPr="00F217C2" w:rsidRDefault="00212CE5" w:rsidP="00F217C2">
            <w:pPr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Предел прочности на сжатие</w:t>
            </w:r>
            <w:r w:rsidR="00F217C2" w:rsidRPr="00F217C2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(</w:t>
            </w: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MPa</w:t>
            </w: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1843" w:type="dxa"/>
          </w:tcPr>
          <w:p w:rsidR="00CF0D96" w:rsidRPr="00F217C2" w:rsidRDefault="00212CE5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proofErr w:type="spellStart"/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Mpa</w:t>
            </w:r>
            <w:proofErr w:type="spellEnd"/>
          </w:p>
        </w:tc>
        <w:tc>
          <w:tcPr>
            <w:tcW w:w="1843" w:type="dxa"/>
          </w:tcPr>
          <w:p w:rsidR="00CF0D96" w:rsidRPr="00F217C2" w:rsidRDefault="00CF0D96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&gt;15</w:t>
            </w:r>
          </w:p>
        </w:tc>
      </w:tr>
      <w:tr w:rsidR="00CF0D96" w:rsidRPr="00D63317" w:rsidTr="00F217C2">
        <w:tc>
          <w:tcPr>
            <w:tcW w:w="3510" w:type="dxa"/>
          </w:tcPr>
          <w:p w:rsidR="00CF0D96" w:rsidRPr="00F217C2" w:rsidRDefault="00212CE5" w:rsidP="00212CE5">
            <w:pPr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F217C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К</w:t>
            </w:r>
            <w:proofErr w:type="spellStart"/>
            <w:r w:rsidRPr="00F217C2">
              <w:rPr>
                <w:rFonts w:ascii="Times New Roman" w:hAnsi="Times New Roman" w:cs="Times New Roman"/>
                <w:bCs/>
                <w:sz w:val="20"/>
                <w:szCs w:val="20"/>
              </w:rPr>
              <w:t>оэффициент</w:t>
            </w:r>
            <w:proofErr w:type="spellEnd"/>
            <w:r w:rsidRPr="00F217C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F217C2">
              <w:rPr>
                <w:rFonts w:ascii="Times New Roman" w:hAnsi="Times New Roman" w:cs="Times New Roman"/>
                <w:bCs/>
                <w:sz w:val="20"/>
                <w:szCs w:val="20"/>
              </w:rPr>
              <w:t>теплопроводности</w:t>
            </w:r>
            <w:proofErr w:type="spellEnd"/>
            <w:r w:rsidRPr="00F217C2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800</w:t>
            </w:r>
            <w:r w:rsidRPr="00F217C2">
              <w:rPr>
                <w:rFonts w:ascii="Times New Roman" w:hAnsi="Times New Roman" w:cs="Times New Roman"/>
                <w:bCs/>
                <w:sz w:val="20"/>
                <w:szCs w:val="20"/>
              </w:rPr>
              <w:t>°C</w:t>
            </w:r>
          </w:p>
        </w:tc>
        <w:tc>
          <w:tcPr>
            <w:tcW w:w="1843" w:type="dxa"/>
          </w:tcPr>
          <w:p w:rsidR="00CF0D96" w:rsidRPr="00F217C2" w:rsidRDefault="00212CE5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W/</w:t>
            </w:r>
            <w:proofErr w:type="spellStart"/>
            <w:proofErr w:type="gramStart"/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m.k</w:t>
            </w:r>
            <w:proofErr w:type="spellEnd"/>
            <w:proofErr w:type="gramEnd"/>
          </w:p>
        </w:tc>
        <w:tc>
          <w:tcPr>
            <w:tcW w:w="1843" w:type="dxa"/>
          </w:tcPr>
          <w:p w:rsidR="00CF0D96" w:rsidRPr="00F217C2" w:rsidRDefault="00CF0D96" w:rsidP="00270E41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&gt;14</w:t>
            </w:r>
          </w:p>
        </w:tc>
      </w:tr>
    </w:tbl>
    <w:p w:rsidR="005F69DA" w:rsidRPr="00D63317" w:rsidRDefault="00270E41" w:rsidP="00CF10E5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092F94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Внимание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1. Углеродные материалы для холодной штамповки упаковываются в пластиковую внутреннюю пленку.</w:t>
      </w:r>
      <w:r w:rsidR="00AC64D5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При погрузке и разгрузке грузовика обратите внимание на легкую погрузку и разгрузку, чтобы предотвратить повреждение внутренней пленки, а также разрушение и затвердевание материала в мешке.</w:t>
      </w:r>
    </w:p>
    <w:p w:rsidR="005F69DA" w:rsidRPr="00D63317" w:rsidRDefault="00AC64D5" w:rsidP="00CF10E5">
      <w:pPr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2. Во время строительства следует использовать разные методы трамбовки в зависимости от разных частей, и углеродный материал для холодной трамбовки должен быть равномерно распределен по дну доменной печи, а затем следует использовать электрическую трамбовку для утрамбовки выравнивающего слоя для заполнения обожженного слоя. угольные блоки, охлаждающие стенки и чушь, пояс печи, охлаждающая планка корпуса печи и огнеупорный кирпич, для заполнения и уплотнения используйте такие инструменты, как небольшие молотки.</w:t>
      </w:r>
    </w:p>
    <w:p w:rsidR="00AC64D5" w:rsidRPr="00D63317" w:rsidRDefault="00AC64D5" w:rsidP="00CF10E5">
      <w:pPr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</w:p>
    <w:p w:rsidR="00AC64D5" w:rsidRPr="00D63317" w:rsidRDefault="00AC64D5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AC64D5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6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1932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69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64D5" w:rsidRPr="00D63317" w:rsidRDefault="00AC64D5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Низкотемпературная грубая шовная паста для доменных печей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306320"/>
            <wp:effectExtent l="0" t="0" r="0" b="0"/>
            <wp:docPr id="7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4D5" w:rsidRPr="00D63317" w:rsidRDefault="00AC64D5" w:rsidP="00AC64D5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подходит для заполнения зазора между углеродистым блоком и охлаждающей стенкой, углеродистым блоком и углеродистым блоком, углеродистым блоком и огнеупорным кирпичом, а также может быть использован для заполнения канавок в охлаждающей стенке доменной печи.</w:t>
      </w:r>
    </w:p>
    <w:p w:rsidR="005F69DA" w:rsidRPr="00D63317" w:rsidRDefault="00AC64D5" w:rsidP="00AC64D5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Физико-химические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показатели</w:t>
      </w:r>
      <w:proofErr w:type="spellEnd"/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19"/>
        <w:gridCol w:w="1942"/>
      </w:tblGrid>
      <w:tr w:rsidR="00956F53" w:rsidRPr="00D63317" w:rsidTr="00D63317">
        <w:tc>
          <w:tcPr>
            <w:tcW w:w="4219" w:type="dxa"/>
          </w:tcPr>
          <w:p w:rsidR="00956F53" w:rsidRPr="00F217C2" w:rsidRDefault="00956F53" w:rsidP="00F217C2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F217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Зольность</w:t>
            </w:r>
            <w:proofErr w:type="spellEnd"/>
            <w:r w:rsidRPr="00F217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%</w:t>
            </w:r>
            <w:r w:rsidRPr="00F217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1942" w:type="dxa"/>
          </w:tcPr>
          <w:p w:rsidR="00956F53" w:rsidRPr="00F217C2" w:rsidRDefault="00956F53" w:rsidP="00AC64D5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&lt;4</w:t>
            </w:r>
          </w:p>
        </w:tc>
      </w:tr>
      <w:tr w:rsidR="00956F53" w:rsidRPr="00D63317" w:rsidTr="00D63317">
        <w:tc>
          <w:tcPr>
            <w:tcW w:w="4219" w:type="dxa"/>
          </w:tcPr>
          <w:p w:rsidR="00956F53" w:rsidRPr="00F217C2" w:rsidRDefault="00956F53" w:rsidP="00F217C2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F217C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Летучесть</w:t>
            </w:r>
            <w:proofErr w:type="spellEnd"/>
            <w:r w:rsidRPr="00F217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(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%</w:t>
            </w:r>
            <w:r w:rsidRPr="00F217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)</w:t>
            </w:r>
          </w:p>
        </w:tc>
        <w:tc>
          <w:tcPr>
            <w:tcW w:w="1942" w:type="dxa"/>
          </w:tcPr>
          <w:p w:rsidR="00956F53" w:rsidRPr="00F217C2" w:rsidRDefault="00956F53" w:rsidP="00AC64D5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10-12</w:t>
            </w:r>
          </w:p>
        </w:tc>
      </w:tr>
      <w:tr w:rsidR="00956F53" w:rsidRPr="00D63317" w:rsidTr="00D63317">
        <w:tc>
          <w:tcPr>
            <w:tcW w:w="4219" w:type="dxa"/>
          </w:tcPr>
          <w:p w:rsidR="00956F53" w:rsidRPr="00F217C2" w:rsidRDefault="00956F53" w:rsidP="00F217C2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F217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Объёмная плотность</w:t>
            </w:r>
            <w:r w:rsidRPr="00F217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F217C2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F217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F217C2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 w:rsidRPr="00F217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F217C2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942" w:type="dxa"/>
          </w:tcPr>
          <w:p w:rsidR="00956F53" w:rsidRPr="00F217C2" w:rsidRDefault="00956F53" w:rsidP="00AC64D5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1.5</w:t>
            </w:r>
          </w:p>
        </w:tc>
      </w:tr>
      <w:tr w:rsidR="00956F53" w:rsidRPr="00D63317" w:rsidTr="00D63317">
        <w:tc>
          <w:tcPr>
            <w:tcW w:w="4219" w:type="dxa"/>
          </w:tcPr>
          <w:p w:rsidR="00956F53" w:rsidRPr="00F217C2" w:rsidRDefault="00956F53" w:rsidP="00F217C2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F217C2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Предел прочности на сжатие</w:t>
            </w:r>
            <w:r w:rsidR="00F217C2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(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942" w:type="dxa"/>
          </w:tcPr>
          <w:p w:rsidR="00956F53" w:rsidRPr="00F217C2" w:rsidRDefault="00956F53" w:rsidP="00AC64D5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&gt;10</w:t>
            </w:r>
          </w:p>
        </w:tc>
      </w:tr>
      <w:tr w:rsidR="00956F53" w:rsidRPr="00D63317" w:rsidTr="00D63317">
        <w:tc>
          <w:tcPr>
            <w:tcW w:w="4219" w:type="dxa"/>
          </w:tcPr>
          <w:p w:rsidR="00956F53" w:rsidRPr="00F217C2" w:rsidRDefault="00956F53" w:rsidP="00F217C2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F217C2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Коэффициент теплопроводности 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W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(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m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*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k</w:t>
            </w:r>
            <w:r w:rsidRPr="00F217C2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942" w:type="dxa"/>
          </w:tcPr>
          <w:p w:rsidR="00956F53" w:rsidRPr="00F217C2" w:rsidRDefault="00956F53" w:rsidP="00AC64D5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F217C2">
              <w:rPr>
                <w:rFonts w:ascii="Times New Roman" w:eastAsia="SimSun" w:hAnsi="Times New Roman" w:cs="Times New Roman"/>
                <w:sz w:val="20"/>
                <w:szCs w:val="20"/>
              </w:rPr>
              <w:t>&gt;10</w:t>
            </w:r>
          </w:p>
        </w:tc>
      </w:tr>
    </w:tbl>
    <w:p w:rsidR="001B5518" w:rsidRPr="00D63317" w:rsidRDefault="00AC64D5" w:rsidP="001B5518">
      <w:pPr>
        <w:pStyle w:val="a8"/>
        <w:rPr>
          <w:rFonts w:ascii="Times New Roman" w:eastAsia="SimSu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b/>
          <w:sz w:val="20"/>
          <w:szCs w:val="20"/>
          <w:lang w:val="ru-RU"/>
        </w:rPr>
        <w:t xml:space="preserve">3. </w:t>
      </w:r>
      <w:r w:rsidR="00092F94" w:rsidRPr="00D63317">
        <w:rPr>
          <w:rFonts w:ascii="Times New Roman" w:hAnsi="Times New Roman" w:cs="Times New Roman"/>
          <w:b/>
          <w:sz w:val="20"/>
          <w:szCs w:val="20"/>
          <w:lang w:val="ru-RU"/>
        </w:rPr>
        <w:t>Внимание</w:t>
      </w:r>
      <w:r w:rsidR="00870DEF" w:rsidRPr="00D63317">
        <w:rPr>
          <w:rFonts w:ascii="Times New Roman" w:hAnsi="Times New Roman" w:cs="Times New Roman"/>
          <w:b/>
          <w:sz w:val="20"/>
          <w:szCs w:val="20"/>
          <w:lang w:val="ru-RU"/>
        </w:rPr>
        <w:t>：</w:t>
      </w:r>
    </w:p>
    <w:p w:rsidR="001B5518" w:rsidRPr="00D63317" w:rsidRDefault="00AC64D5" w:rsidP="001B5518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 xml:space="preserve">1. </w:t>
      </w:r>
      <w:r w:rsidR="001B5518" w:rsidRPr="00D63317">
        <w:rPr>
          <w:rFonts w:ascii="Times New Roman" w:hAnsi="Times New Roman" w:cs="Times New Roman"/>
          <w:sz w:val="20"/>
          <w:szCs w:val="20"/>
          <w:lang w:val="ru-RU"/>
        </w:rPr>
        <w:t>П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t>еред строительством подготовьте горячий миксер. Если горячего миксера нет, вылейте материал на нагретую огнем железную плиту или вручную перемешайте до тех пор, пока материал не превратится в пасту.</w:t>
      </w:r>
    </w:p>
    <w:p w:rsidR="001B5518" w:rsidRPr="00D63317" w:rsidRDefault="001B5518" w:rsidP="001B5518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>2. Горячий материал невозможно транспортировать на большие расстояния. Из-за особенностей самого материала строительство невозможно вести при достижении им точки замерзания.</w:t>
      </w:r>
    </w:p>
    <w:p w:rsidR="005F69DA" w:rsidRPr="00D63317" w:rsidRDefault="001B5518" w:rsidP="001B5518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>3. Если паста застыла, ее можно подогреть на нагретой жел</w:t>
      </w:r>
      <w:r w:rsidR="00E355ED" w:rsidRPr="00D63317">
        <w:rPr>
          <w:rFonts w:ascii="Times New Roman" w:hAnsi="Times New Roman" w:cs="Times New Roman"/>
          <w:sz w:val="20"/>
          <w:szCs w:val="20"/>
          <w:lang w:val="ru-RU"/>
        </w:rPr>
        <w:t>езной плите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1B5518" w:rsidRPr="00D63317" w:rsidRDefault="001B5518" w:rsidP="001B5518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62854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7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4390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7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728C" w:rsidRPr="00D63317" w:rsidRDefault="0017728C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Углеродный тампонажный материал без запекания.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7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17728C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17728C" w:rsidRPr="00D63317" w:rsidRDefault="0017728C" w:rsidP="00CF10E5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пригоден для изготовления днищ доменных печей.</w:t>
      </w:r>
    </w:p>
    <w:p w:rsidR="0017728C" w:rsidRPr="00D63317" w:rsidRDefault="0017728C" w:rsidP="0017728C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Хорошая устойчивость к тепловому удару, сильная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шлакоустойчивость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, высокая огнеупорность, устойчивость к химической эрозии, устойчивость к вымыванию, после строительства, без запекания, без обслуживания и другие характеристики, при сравнении с другими огнеупорными обожженными материалами, повышают эффективность, сокращают человеко-часы, снижают затраты.</w:t>
      </w:r>
    </w:p>
    <w:p w:rsidR="005F69DA" w:rsidRPr="00D63317" w:rsidRDefault="0017728C" w:rsidP="0017728C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3369"/>
        <w:gridCol w:w="5103"/>
        <w:gridCol w:w="992"/>
      </w:tblGrid>
      <w:tr w:rsidR="00485363" w:rsidRPr="00D63317" w:rsidTr="003E2949">
        <w:tc>
          <w:tcPr>
            <w:tcW w:w="3369" w:type="dxa"/>
            <w:vMerge w:val="restart"/>
          </w:tcPr>
          <w:p w:rsidR="00485363" w:rsidRPr="003E2949" w:rsidRDefault="00485363" w:rsidP="00866795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  <w:proofErr w:type="spellEnd"/>
            <w:r w:rsidRPr="003E294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proofErr w:type="spellEnd"/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5103" w:type="dxa"/>
          </w:tcPr>
          <w:p w:rsidR="00485363" w:rsidRPr="003E2949" w:rsidRDefault="00485363" w:rsidP="0017728C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</w:tcPr>
          <w:p w:rsidR="00485363" w:rsidRPr="003E2949" w:rsidRDefault="00485363" w:rsidP="0017728C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&gt;70</w:t>
            </w:r>
          </w:p>
        </w:tc>
      </w:tr>
      <w:tr w:rsidR="00485363" w:rsidRPr="00D63317" w:rsidTr="003E2949">
        <w:tc>
          <w:tcPr>
            <w:tcW w:w="3369" w:type="dxa"/>
            <w:vMerge/>
          </w:tcPr>
          <w:p w:rsidR="00485363" w:rsidRPr="003E2949" w:rsidRDefault="00485363" w:rsidP="0086679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485363" w:rsidRPr="003E2949" w:rsidRDefault="00485363" w:rsidP="0017728C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SiC</w:t>
            </w:r>
            <w:proofErr w:type="spellEnd"/>
          </w:p>
        </w:tc>
        <w:tc>
          <w:tcPr>
            <w:tcW w:w="992" w:type="dxa"/>
          </w:tcPr>
          <w:p w:rsidR="00485363" w:rsidRPr="003E2949" w:rsidRDefault="00485363" w:rsidP="0017728C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&gt;5</w:t>
            </w:r>
          </w:p>
        </w:tc>
      </w:tr>
      <w:tr w:rsidR="00485363" w:rsidRPr="00D63317" w:rsidTr="003E2949">
        <w:tc>
          <w:tcPr>
            <w:tcW w:w="3369" w:type="dxa"/>
            <w:vMerge w:val="restart"/>
          </w:tcPr>
          <w:p w:rsidR="00485363" w:rsidRPr="003E2949" w:rsidRDefault="00485363" w:rsidP="00866795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5103" w:type="dxa"/>
          </w:tcPr>
          <w:p w:rsidR="00485363" w:rsidRPr="003E2949" w:rsidRDefault="00485363" w:rsidP="0017728C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992" w:type="dxa"/>
          </w:tcPr>
          <w:p w:rsidR="00485363" w:rsidRPr="003E2949" w:rsidRDefault="00485363" w:rsidP="0017728C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&gt;5</w:t>
            </w:r>
          </w:p>
        </w:tc>
      </w:tr>
      <w:tr w:rsidR="00485363" w:rsidRPr="00D63317" w:rsidTr="003E2949">
        <w:tc>
          <w:tcPr>
            <w:tcW w:w="3369" w:type="dxa"/>
            <w:vMerge/>
          </w:tcPr>
          <w:p w:rsidR="00485363" w:rsidRPr="003E2949" w:rsidRDefault="00485363" w:rsidP="00866795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485363" w:rsidRPr="003E2949" w:rsidRDefault="00485363" w:rsidP="0017728C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1450°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  <w:p w:rsidR="00AC4947" w:rsidRPr="003E2949" w:rsidRDefault="00AC4947" w:rsidP="0017728C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восстановительная газовая среда</w:t>
            </w:r>
          </w:p>
        </w:tc>
        <w:tc>
          <w:tcPr>
            <w:tcW w:w="992" w:type="dxa"/>
          </w:tcPr>
          <w:p w:rsidR="00485363" w:rsidRPr="003E2949" w:rsidRDefault="00485363" w:rsidP="0017728C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&gt;7</w:t>
            </w:r>
          </w:p>
        </w:tc>
      </w:tr>
      <w:tr w:rsidR="00AC4947" w:rsidRPr="00D63317" w:rsidTr="003E2949">
        <w:tc>
          <w:tcPr>
            <w:tcW w:w="3369" w:type="dxa"/>
            <w:vMerge w:val="restart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Предел прочности на сжатие</w:t>
            </w:r>
            <w:r w:rsidR="00F217C2" w:rsidRPr="003E294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E294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(</w:t>
            </w: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3E294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5103" w:type="dxa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992" w:type="dxa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&gt;30</w:t>
            </w:r>
          </w:p>
        </w:tc>
      </w:tr>
      <w:tr w:rsidR="00AC4947" w:rsidRPr="00D63317" w:rsidTr="003E2949">
        <w:tc>
          <w:tcPr>
            <w:tcW w:w="3369" w:type="dxa"/>
            <w:vMerge/>
          </w:tcPr>
          <w:p w:rsidR="00AC4947" w:rsidRPr="003E2949" w:rsidRDefault="00AC4947" w:rsidP="00AC4947">
            <w:pPr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1450°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восстановительная газовая среда</w:t>
            </w:r>
          </w:p>
        </w:tc>
        <w:tc>
          <w:tcPr>
            <w:tcW w:w="992" w:type="dxa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&gt;50</w:t>
            </w:r>
          </w:p>
        </w:tc>
      </w:tr>
      <w:tr w:rsidR="00AC4947" w:rsidRPr="00D63317" w:rsidTr="003E2949">
        <w:trPr>
          <w:trHeight w:val="519"/>
        </w:trPr>
        <w:tc>
          <w:tcPr>
            <w:tcW w:w="3369" w:type="dxa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Линейные изменения</w:t>
            </w:r>
            <w:r w:rsidRPr="003E294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3E294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3E294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5103" w:type="dxa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1450°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  <w:r w:rsidRPr="003E294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3</w:t>
            </w:r>
            <w:r w:rsidRPr="003E2949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восстановительная газовая среда</w:t>
            </w:r>
          </w:p>
        </w:tc>
        <w:tc>
          <w:tcPr>
            <w:tcW w:w="992" w:type="dxa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0-0</w:t>
            </w:r>
            <w:r w:rsidR="00D63317" w:rsidRPr="003E294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.</w:t>
            </w: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3</w:t>
            </w:r>
          </w:p>
        </w:tc>
      </w:tr>
      <w:tr w:rsidR="00AC4947" w:rsidRPr="00D63317" w:rsidTr="003E2949">
        <w:tc>
          <w:tcPr>
            <w:tcW w:w="3369" w:type="dxa"/>
          </w:tcPr>
          <w:p w:rsidR="00AC4947" w:rsidRPr="003E2949" w:rsidRDefault="003E2949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294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Т</w:t>
            </w:r>
            <w:proofErr w:type="spellStart"/>
            <w:r w:rsidRPr="003E294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еплопроводность</w:t>
            </w:r>
            <w:proofErr w:type="spellEnd"/>
            <w:r w:rsidR="00AC4947"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（</w:t>
            </w:r>
            <w:r w:rsidR="00AC4947"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%</w:t>
            </w:r>
            <w:r w:rsidR="00AC4947"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5103" w:type="dxa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W(m*k)</w:t>
            </w:r>
          </w:p>
        </w:tc>
        <w:tc>
          <w:tcPr>
            <w:tcW w:w="992" w:type="dxa"/>
          </w:tcPr>
          <w:p w:rsidR="00AC4947" w:rsidRPr="003E2949" w:rsidRDefault="00AC4947" w:rsidP="00AC4947">
            <w:pPr>
              <w:widowControl/>
              <w:tabs>
                <w:tab w:val="left" w:pos="840"/>
              </w:tabs>
              <w:autoSpaceDE w:val="0"/>
              <w:autoSpaceDN w:val="0"/>
              <w:ind w:right="144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3E2949">
              <w:rPr>
                <w:rFonts w:ascii="Times New Roman" w:eastAsia="SimSun" w:hAnsi="Times New Roman" w:cs="Times New Roman"/>
                <w:sz w:val="20"/>
                <w:szCs w:val="20"/>
              </w:rPr>
              <w:t>1.3</w:t>
            </w:r>
          </w:p>
        </w:tc>
      </w:tr>
    </w:tbl>
    <w:p w:rsidR="005F69DA" w:rsidRPr="00D63317" w:rsidRDefault="0017728C" w:rsidP="0017728C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b/>
          <w:sz w:val="20"/>
          <w:szCs w:val="20"/>
          <w:lang w:val="ru-RU"/>
        </w:rPr>
        <w:t xml:space="preserve">4. </w:t>
      </w:r>
      <w:r w:rsidR="00092F94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Внимание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Равномерно распределите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необжигаемый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углеродный набивной материал по дну доменной печи, а затем утрамбуйте его послойно. </w:t>
      </w:r>
      <w:r w:rsidR="006D67E2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Используйте инструмент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</w:t>
      </w:r>
      <w:r w:rsidR="006D67E2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–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электротрамбовку</w:t>
      </w:r>
      <w:proofErr w:type="spellEnd"/>
      <w:r w:rsidR="006D67E2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. Утрамбовывать 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до достижения необходимой для конструкции толщины, без вулканизации и обжига.</w:t>
      </w:r>
    </w:p>
    <w:p w:rsidR="0017728C" w:rsidRPr="00D63317" w:rsidRDefault="0017728C" w:rsidP="0017728C">
      <w:pPr>
        <w:widowControl/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7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7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67E2" w:rsidRPr="00D63317" w:rsidRDefault="006D67E2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Огнеупорный торкрет-материал для воздуховодов доменной печи горячего дутья.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8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6D67E2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3F7F4D" w:rsidRPr="00D63317" w:rsidRDefault="003F7F4D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Этот продукт подходит для доменной печи.</w:t>
      </w:r>
    </w:p>
    <w:p w:rsidR="005F69DA" w:rsidRPr="00D63317" w:rsidRDefault="006D67E2" w:rsidP="000171B5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hAnsi="Times New Roman" w:cs="Times New Roman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t>：</w:t>
      </w:r>
    </w:p>
    <w:p w:rsidR="003F7F4D" w:rsidRPr="00D63317" w:rsidRDefault="003F7F4D" w:rsidP="000171B5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>1. Мокрое напыление, простота конструкции, низкая трудоемкость.</w:t>
      </w:r>
    </w:p>
    <w:p w:rsidR="003F7F4D" w:rsidRPr="00D63317" w:rsidRDefault="003F7F4D" w:rsidP="000171B5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>2</w:t>
      </w:r>
      <w:r w:rsidR="000171B5" w:rsidRPr="00D63317">
        <w:rPr>
          <w:rFonts w:ascii="Times New Roman" w:hAnsi="Times New Roman" w:cs="Times New Roman"/>
          <w:sz w:val="20"/>
          <w:szCs w:val="20"/>
          <w:lang w:val="ru-RU"/>
        </w:rPr>
        <w:t xml:space="preserve">. 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t>Высокая степень адгезии, до 90% и более, прочность быстро увеличивается при повышении температуры.</w:t>
      </w:r>
    </w:p>
    <w:p w:rsidR="003F7F4D" w:rsidRPr="00D63317" w:rsidRDefault="000171B5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3. Высокая </w:t>
      </w:r>
      <w:r w:rsidR="003F7F4D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устойчивость к холоду и жаре, не отслаивается.</w:t>
      </w:r>
    </w:p>
    <w:p w:rsidR="000171B5" w:rsidRPr="00D63317" w:rsidRDefault="000171B5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4. Высокая огнеупорность, не поддается эрозии.</w:t>
      </w:r>
    </w:p>
    <w:p w:rsidR="005F69DA" w:rsidRPr="00D63317" w:rsidRDefault="006D67E2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19"/>
        <w:gridCol w:w="1418"/>
        <w:gridCol w:w="992"/>
      </w:tblGrid>
      <w:tr w:rsidR="00AC4947" w:rsidRPr="00D63317" w:rsidTr="00725769">
        <w:tc>
          <w:tcPr>
            <w:tcW w:w="4219" w:type="dxa"/>
            <w:vMerge w:val="restart"/>
          </w:tcPr>
          <w:p w:rsidR="00AD7ACC" w:rsidRPr="00725769" w:rsidRDefault="00AD7ACC" w:rsidP="00725769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kern w:val="0"/>
                <w:sz w:val="20"/>
                <w:szCs w:val="20"/>
                <w:lang w:val="ru-RU"/>
              </w:rPr>
              <w:t>Ф</w:t>
            </w:r>
            <w:r w:rsidRPr="0072576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val="ru-RU"/>
              </w:rPr>
              <w:t xml:space="preserve">изико-химические показатели </w:t>
            </w: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  <w:t>%</w:t>
            </w: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18" w:type="dxa"/>
          </w:tcPr>
          <w:p w:rsidR="00AC4947" w:rsidRPr="00725769" w:rsidRDefault="00782C64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Al2O3</w:t>
            </w:r>
          </w:p>
        </w:tc>
        <w:tc>
          <w:tcPr>
            <w:tcW w:w="992" w:type="dxa"/>
          </w:tcPr>
          <w:p w:rsidR="00AC4947" w:rsidRPr="00725769" w:rsidRDefault="00AD7ACC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≥65</w:t>
            </w:r>
          </w:p>
        </w:tc>
      </w:tr>
      <w:tr w:rsidR="00AC4947" w:rsidRPr="00D63317" w:rsidTr="00725769">
        <w:tc>
          <w:tcPr>
            <w:tcW w:w="4219" w:type="dxa"/>
            <w:vMerge/>
          </w:tcPr>
          <w:p w:rsidR="00AC4947" w:rsidRPr="00725769" w:rsidRDefault="00AC4947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AC4947" w:rsidRPr="00725769" w:rsidRDefault="00782C64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Fe2O3</w:t>
            </w:r>
          </w:p>
        </w:tc>
        <w:tc>
          <w:tcPr>
            <w:tcW w:w="992" w:type="dxa"/>
          </w:tcPr>
          <w:p w:rsidR="00AC4947" w:rsidRPr="00725769" w:rsidRDefault="00AD7ACC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&lt;1.0</w:t>
            </w:r>
          </w:p>
        </w:tc>
      </w:tr>
      <w:tr w:rsidR="00AC4947" w:rsidRPr="00D63317" w:rsidTr="00725769">
        <w:tc>
          <w:tcPr>
            <w:tcW w:w="4219" w:type="dxa"/>
            <w:vMerge w:val="restart"/>
          </w:tcPr>
          <w:p w:rsidR="00AC4947" w:rsidRPr="00725769" w:rsidRDefault="00AC4947" w:rsidP="0072576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Предел прочности на сжатие</w:t>
            </w:r>
            <w:r w:rsidR="00725769"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(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418" w:type="dxa"/>
          </w:tcPr>
          <w:p w:rsidR="00AC4947" w:rsidRPr="00725769" w:rsidRDefault="00782C64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992" w:type="dxa"/>
          </w:tcPr>
          <w:p w:rsidR="00AC4947" w:rsidRPr="00725769" w:rsidRDefault="00AD7ACC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&gt;20</w:t>
            </w:r>
          </w:p>
        </w:tc>
      </w:tr>
      <w:tr w:rsidR="00AC4947" w:rsidRPr="00D63317" w:rsidTr="00725769">
        <w:tc>
          <w:tcPr>
            <w:tcW w:w="4219" w:type="dxa"/>
            <w:vMerge/>
          </w:tcPr>
          <w:p w:rsidR="00AC4947" w:rsidRPr="00725769" w:rsidRDefault="00AC4947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AC4947" w:rsidRPr="00725769" w:rsidRDefault="00782C64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1200°C x 3h</w:t>
            </w:r>
          </w:p>
        </w:tc>
        <w:tc>
          <w:tcPr>
            <w:tcW w:w="992" w:type="dxa"/>
          </w:tcPr>
          <w:p w:rsidR="00AC4947" w:rsidRPr="00725769" w:rsidRDefault="00AD7ACC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&gt;30</w:t>
            </w:r>
          </w:p>
        </w:tc>
      </w:tr>
      <w:tr w:rsidR="00782C64" w:rsidRPr="00D63317" w:rsidTr="00725769">
        <w:tc>
          <w:tcPr>
            <w:tcW w:w="4219" w:type="dxa"/>
            <w:vMerge w:val="restart"/>
          </w:tcPr>
          <w:p w:rsidR="00782C64" w:rsidRPr="00725769" w:rsidRDefault="00782C64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18" w:type="dxa"/>
          </w:tcPr>
          <w:p w:rsidR="00782C64" w:rsidRPr="00725769" w:rsidRDefault="00782C64" w:rsidP="00782C64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992" w:type="dxa"/>
          </w:tcPr>
          <w:p w:rsidR="00782C64" w:rsidRPr="00725769" w:rsidRDefault="00AD7ACC" w:rsidP="00782C64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&gt;2</w:t>
            </w:r>
          </w:p>
        </w:tc>
      </w:tr>
      <w:tr w:rsidR="00782C64" w:rsidRPr="00D63317" w:rsidTr="00725769">
        <w:tc>
          <w:tcPr>
            <w:tcW w:w="4219" w:type="dxa"/>
            <w:vMerge/>
          </w:tcPr>
          <w:p w:rsidR="00782C64" w:rsidRPr="00725769" w:rsidRDefault="00782C64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</w:tcPr>
          <w:p w:rsidR="00782C64" w:rsidRPr="00725769" w:rsidRDefault="00782C64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1200°C x 3h</w:t>
            </w:r>
          </w:p>
        </w:tc>
        <w:tc>
          <w:tcPr>
            <w:tcW w:w="992" w:type="dxa"/>
          </w:tcPr>
          <w:p w:rsidR="00782C64" w:rsidRPr="00725769" w:rsidRDefault="00AD7ACC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&gt;3</w:t>
            </w:r>
          </w:p>
        </w:tc>
      </w:tr>
      <w:tr w:rsidR="00AC4947" w:rsidRPr="00D63317" w:rsidTr="00725769">
        <w:tc>
          <w:tcPr>
            <w:tcW w:w="4219" w:type="dxa"/>
          </w:tcPr>
          <w:p w:rsidR="00C47189" w:rsidRPr="00725769" w:rsidRDefault="00C47189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  <w:t>Т</w:t>
            </w:r>
            <w:r w:rsidRPr="007257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емпература деформации под нагрузкой </w:t>
            </w: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°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18" w:type="dxa"/>
          </w:tcPr>
          <w:p w:rsidR="00AC4947" w:rsidRPr="00725769" w:rsidRDefault="00AC4947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AC4947" w:rsidRPr="00725769" w:rsidRDefault="00AD7ACC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1300</w:t>
            </w:r>
          </w:p>
        </w:tc>
      </w:tr>
      <w:tr w:rsidR="00782C64" w:rsidRPr="00D63317" w:rsidTr="00725769">
        <w:tc>
          <w:tcPr>
            <w:tcW w:w="4219" w:type="dxa"/>
          </w:tcPr>
          <w:p w:rsidR="00782C64" w:rsidRPr="00725769" w:rsidRDefault="00725769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</w:t>
            </w:r>
            <w:proofErr w:type="spellStart"/>
            <w:r w:rsidRPr="0072576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ористость</w:t>
            </w:r>
            <w:proofErr w:type="spellEnd"/>
            <w:r w:rsidR="00782C64"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  <w:t>（</w:t>
            </w:r>
            <w:r w:rsidR="00782C64"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  <w:t>%</w:t>
            </w:r>
            <w:r w:rsidR="00782C64"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18" w:type="dxa"/>
          </w:tcPr>
          <w:p w:rsidR="00782C64" w:rsidRPr="00725769" w:rsidRDefault="00782C64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992" w:type="dxa"/>
          </w:tcPr>
          <w:p w:rsidR="00782C64" w:rsidRPr="00725769" w:rsidRDefault="00AD7ACC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&lt;1</w:t>
            </w:r>
          </w:p>
        </w:tc>
      </w:tr>
      <w:tr w:rsidR="00AC4947" w:rsidRPr="00D63317" w:rsidTr="00725769">
        <w:tc>
          <w:tcPr>
            <w:tcW w:w="4219" w:type="dxa"/>
          </w:tcPr>
          <w:p w:rsidR="00AC4947" w:rsidRPr="00725769" w:rsidRDefault="00782C64" w:rsidP="00782C64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Линейные изменения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18" w:type="dxa"/>
          </w:tcPr>
          <w:p w:rsidR="00AC4947" w:rsidRPr="00725769" w:rsidRDefault="00782C64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1200°C x 3h</w:t>
            </w:r>
          </w:p>
        </w:tc>
        <w:tc>
          <w:tcPr>
            <w:tcW w:w="992" w:type="dxa"/>
          </w:tcPr>
          <w:p w:rsidR="00AC4947" w:rsidRPr="00725769" w:rsidRDefault="00AD7ACC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</w:rPr>
              <w:t>+0.2</w:t>
            </w:r>
          </w:p>
        </w:tc>
      </w:tr>
    </w:tbl>
    <w:p w:rsidR="005F69DA" w:rsidRPr="00D63317" w:rsidRDefault="005F69DA" w:rsidP="00CF10E5">
      <w:pPr>
        <w:widowControl/>
        <w:autoSpaceDE w:val="0"/>
        <w:autoSpaceDN w:val="0"/>
        <w:spacing w:after="992"/>
        <w:jc w:val="left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8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8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F8A" w:rsidRPr="00725769" w:rsidRDefault="008A0C66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>Торкрет</w:t>
      </w:r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>-</w:t>
      </w:r>
      <w:r w:rsidRPr="00D63317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>массы</w:t>
      </w:r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 xml:space="preserve"> для</w:t>
      </w:r>
      <w:r w:rsidRPr="00725769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 xml:space="preserve"> </w:t>
      </w:r>
      <w:r w:rsidR="00524B01" w:rsidRPr="00D63317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>нагревательной</w:t>
      </w:r>
      <w:r w:rsidRPr="00725769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 xml:space="preserve"> </w:t>
      </w:r>
      <w:r w:rsidR="00524B01" w:rsidRPr="00D63317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>печи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8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2B0F8A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8A0C66" w:rsidRPr="00D63317" w:rsidRDefault="00725769" w:rsidP="00CF10E5">
      <w:pPr>
        <w:widowControl/>
        <w:tabs>
          <w:tab w:val="left" w:pos="72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</w:t>
      </w:r>
      <w:r w:rsidR="008A0C66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родукт подходит для торкретирования печи и ковша смешанного железа.</w:t>
      </w:r>
    </w:p>
    <w:p w:rsidR="008A0C66" w:rsidRPr="00D63317" w:rsidRDefault="002B0F8A" w:rsidP="008A0C66">
      <w:pPr>
        <w:widowControl/>
        <w:tabs>
          <w:tab w:val="left" w:pos="72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0171B5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="008A0C66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Он обладает хорошими свойствами спекания при низких и средних температурах, хорошей адгезией, высокой скоростью сцепления, хорошей стойкостью к растрескиванию, хорошей термической прочностью, эрозионной стойкостью и </w:t>
      </w:r>
      <w:proofErr w:type="spellStart"/>
      <w:r w:rsidR="008A0C66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шлакоустойчивостью</w:t>
      </w:r>
      <w:proofErr w:type="spellEnd"/>
      <w:r w:rsidR="008A0C66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.</w:t>
      </w:r>
    </w:p>
    <w:p w:rsidR="005F69DA" w:rsidRPr="00D63317" w:rsidRDefault="002B0F8A" w:rsidP="008A0C66">
      <w:pPr>
        <w:widowControl/>
        <w:tabs>
          <w:tab w:val="left" w:pos="720"/>
        </w:tabs>
        <w:autoSpaceDE w:val="0"/>
        <w:autoSpaceDN w:val="0"/>
        <w:ind w:right="288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61"/>
        <w:gridCol w:w="1800"/>
        <w:gridCol w:w="3081"/>
      </w:tblGrid>
      <w:tr w:rsidR="002A070F" w:rsidRPr="00D63317" w:rsidTr="00AE64CF">
        <w:tc>
          <w:tcPr>
            <w:tcW w:w="4361" w:type="dxa"/>
            <w:vMerge w:val="restart"/>
          </w:tcPr>
          <w:p w:rsidR="002A070F" w:rsidRPr="00725769" w:rsidRDefault="002A070F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  <w:proofErr w:type="spellEnd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proofErr w:type="spellEnd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1800" w:type="dxa"/>
          </w:tcPr>
          <w:p w:rsidR="002A070F" w:rsidRPr="00725769" w:rsidRDefault="002A070F" w:rsidP="008A0C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Al2O3</w:t>
            </w:r>
          </w:p>
        </w:tc>
        <w:tc>
          <w:tcPr>
            <w:tcW w:w="3081" w:type="dxa"/>
          </w:tcPr>
          <w:p w:rsidR="002A070F" w:rsidRPr="00725769" w:rsidRDefault="00AE64CF" w:rsidP="008A0C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&gt;70</w:t>
            </w:r>
          </w:p>
        </w:tc>
      </w:tr>
      <w:tr w:rsidR="002A070F" w:rsidRPr="00D63317" w:rsidTr="00AE64CF">
        <w:tc>
          <w:tcPr>
            <w:tcW w:w="4361" w:type="dxa"/>
            <w:vMerge/>
          </w:tcPr>
          <w:p w:rsidR="002A070F" w:rsidRPr="00725769" w:rsidRDefault="002A070F" w:rsidP="008A0C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A070F" w:rsidRPr="00725769" w:rsidRDefault="002A070F" w:rsidP="008A0C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MgO</w:t>
            </w:r>
          </w:p>
        </w:tc>
        <w:tc>
          <w:tcPr>
            <w:tcW w:w="3081" w:type="dxa"/>
          </w:tcPr>
          <w:p w:rsidR="002A070F" w:rsidRPr="00725769" w:rsidRDefault="00AE64CF" w:rsidP="008A0C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&gt;6</w:t>
            </w:r>
          </w:p>
        </w:tc>
      </w:tr>
      <w:tr w:rsidR="002A070F" w:rsidRPr="00D63317" w:rsidTr="00AE64CF">
        <w:tc>
          <w:tcPr>
            <w:tcW w:w="4361" w:type="dxa"/>
            <w:vMerge/>
          </w:tcPr>
          <w:p w:rsidR="002A070F" w:rsidRPr="00725769" w:rsidRDefault="002A070F" w:rsidP="008A0C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A070F" w:rsidRPr="00725769" w:rsidRDefault="002A070F" w:rsidP="008A0C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P2O3</w:t>
            </w:r>
          </w:p>
        </w:tc>
        <w:tc>
          <w:tcPr>
            <w:tcW w:w="3081" w:type="dxa"/>
          </w:tcPr>
          <w:p w:rsidR="002A070F" w:rsidRPr="00725769" w:rsidRDefault="00AE64CF" w:rsidP="008A0C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&lt;1.5</w:t>
            </w:r>
          </w:p>
        </w:tc>
      </w:tr>
      <w:tr w:rsidR="002A070F" w:rsidRPr="00D63317" w:rsidTr="00AE64CF">
        <w:tc>
          <w:tcPr>
            <w:tcW w:w="4361" w:type="dxa"/>
            <w:vMerge w:val="restart"/>
          </w:tcPr>
          <w:p w:rsidR="002A070F" w:rsidRPr="00725769" w:rsidRDefault="002A070F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800" w:type="dxa"/>
          </w:tcPr>
          <w:p w:rsidR="002A070F" w:rsidRPr="00725769" w:rsidRDefault="002A070F" w:rsidP="002A070F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3081" w:type="dxa"/>
          </w:tcPr>
          <w:p w:rsidR="002A070F" w:rsidRPr="00725769" w:rsidRDefault="00AE64C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&gt;2</w:t>
            </w:r>
          </w:p>
        </w:tc>
      </w:tr>
      <w:tr w:rsidR="002A070F" w:rsidRPr="00D63317" w:rsidTr="00AE64CF">
        <w:tc>
          <w:tcPr>
            <w:tcW w:w="4361" w:type="dxa"/>
            <w:vMerge/>
          </w:tcPr>
          <w:p w:rsidR="002A070F" w:rsidRPr="00725769" w:rsidRDefault="002A070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</w:p>
        </w:tc>
        <w:tc>
          <w:tcPr>
            <w:tcW w:w="1800" w:type="dxa"/>
          </w:tcPr>
          <w:p w:rsidR="002A070F" w:rsidRPr="00725769" w:rsidRDefault="002A070F" w:rsidP="002A070F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1600°C x 3h</w:t>
            </w:r>
          </w:p>
        </w:tc>
        <w:tc>
          <w:tcPr>
            <w:tcW w:w="3081" w:type="dxa"/>
          </w:tcPr>
          <w:p w:rsidR="002A070F" w:rsidRPr="00725769" w:rsidRDefault="00AE64C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&gt;3</w:t>
            </w:r>
          </w:p>
        </w:tc>
      </w:tr>
      <w:tr w:rsidR="002A070F" w:rsidRPr="00D63317" w:rsidTr="00AE64CF">
        <w:tc>
          <w:tcPr>
            <w:tcW w:w="4361" w:type="dxa"/>
            <w:vMerge w:val="restart"/>
          </w:tcPr>
          <w:p w:rsidR="002A070F" w:rsidRPr="00725769" w:rsidRDefault="002A070F" w:rsidP="0072576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Предел прочности на </w:t>
            </w:r>
            <w:proofErr w:type="gramStart"/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сжатие(</w:t>
            </w:r>
            <w:proofErr w:type="gramEnd"/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800" w:type="dxa"/>
          </w:tcPr>
          <w:p w:rsidR="002A070F" w:rsidRPr="00725769" w:rsidRDefault="002A070F" w:rsidP="002A070F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3081" w:type="dxa"/>
          </w:tcPr>
          <w:p w:rsidR="002A070F" w:rsidRPr="00725769" w:rsidRDefault="00AE64C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&gt;15</w:t>
            </w:r>
          </w:p>
        </w:tc>
      </w:tr>
      <w:tr w:rsidR="002A070F" w:rsidRPr="00D63317" w:rsidTr="00AE64CF">
        <w:tc>
          <w:tcPr>
            <w:tcW w:w="4361" w:type="dxa"/>
            <w:vMerge/>
          </w:tcPr>
          <w:p w:rsidR="002A070F" w:rsidRPr="00725769" w:rsidRDefault="002A070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00" w:type="dxa"/>
          </w:tcPr>
          <w:p w:rsidR="002A070F" w:rsidRPr="00725769" w:rsidRDefault="002A070F" w:rsidP="002A070F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1600°C x 3h</w:t>
            </w:r>
          </w:p>
        </w:tc>
        <w:tc>
          <w:tcPr>
            <w:tcW w:w="3081" w:type="dxa"/>
          </w:tcPr>
          <w:p w:rsidR="002A070F" w:rsidRPr="00725769" w:rsidRDefault="00AE64C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&gt;40</w:t>
            </w:r>
          </w:p>
        </w:tc>
      </w:tr>
      <w:tr w:rsidR="002A070F" w:rsidRPr="00D63317" w:rsidTr="00AE64CF">
        <w:tc>
          <w:tcPr>
            <w:tcW w:w="4361" w:type="dxa"/>
            <w:vMerge w:val="restart"/>
          </w:tcPr>
          <w:p w:rsidR="002A070F" w:rsidRPr="00725769" w:rsidRDefault="002A070F" w:rsidP="0072576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Линейные изменения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800" w:type="dxa"/>
          </w:tcPr>
          <w:p w:rsidR="002A070F" w:rsidRPr="00725769" w:rsidRDefault="002A070F" w:rsidP="002A070F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110°C x 24h</w:t>
            </w:r>
          </w:p>
        </w:tc>
        <w:tc>
          <w:tcPr>
            <w:tcW w:w="3081" w:type="dxa"/>
          </w:tcPr>
          <w:p w:rsidR="002A070F" w:rsidRPr="00725769" w:rsidRDefault="00AE64C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-0.2</w:t>
            </w:r>
          </w:p>
        </w:tc>
      </w:tr>
      <w:tr w:rsidR="002A070F" w:rsidRPr="00D63317" w:rsidTr="00AE64CF">
        <w:tc>
          <w:tcPr>
            <w:tcW w:w="4361" w:type="dxa"/>
            <w:vMerge/>
          </w:tcPr>
          <w:p w:rsidR="002A070F" w:rsidRPr="00725769" w:rsidRDefault="002A070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800" w:type="dxa"/>
          </w:tcPr>
          <w:p w:rsidR="002A070F" w:rsidRPr="00725769" w:rsidRDefault="002A070F" w:rsidP="002A070F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1450°C x 3h</w:t>
            </w:r>
          </w:p>
        </w:tc>
        <w:tc>
          <w:tcPr>
            <w:tcW w:w="3081" w:type="dxa"/>
          </w:tcPr>
          <w:p w:rsidR="002A070F" w:rsidRPr="00725769" w:rsidRDefault="00AE64C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+0.3</w:t>
            </w:r>
          </w:p>
        </w:tc>
      </w:tr>
      <w:tr w:rsidR="002A070F" w:rsidRPr="00D63317" w:rsidTr="00AE64CF">
        <w:tc>
          <w:tcPr>
            <w:tcW w:w="4361" w:type="dxa"/>
          </w:tcPr>
          <w:p w:rsidR="00AE64CF" w:rsidRPr="00725769" w:rsidRDefault="00AE64C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Срок хранения</w:t>
            </w:r>
          </w:p>
        </w:tc>
        <w:tc>
          <w:tcPr>
            <w:tcW w:w="1800" w:type="dxa"/>
          </w:tcPr>
          <w:p w:rsidR="00AE64CF" w:rsidRPr="00725769" w:rsidRDefault="00AE64C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Месяцеы</w:t>
            </w:r>
            <w:proofErr w:type="spellEnd"/>
          </w:p>
        </w:tc>
        <w:tc>
          <w:tcPr>
            <w:tcW w:w="3081" w:type="dxa"/>
          </w:tcPr>
          <w:p w:rsidR="002A070F" w:rsidRPr="00725769" w:rsidRDefault="00AE64CF" w:rsidP="002A070F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4</w:t>
            </w:r>
          </w:p>
        </w:tc>
      </w:tr>
    </w:tbl>
    <w:p w:rsidR="005F69DA" w:rsidRPr="00D63317" w:rsidRDefault="002B0F8A" w:rsidP="002B0F8A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b/>
          <w:sz w:val="20"/>
          <w:szCs w:val="20"/>
          <w:lang w:val="ru-RU"/>
        </w:rPr>
        <w:t xml:space="preserve">4. </w:t>
      </w:r>
      <w:r w:rsidR="00092F94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Внимание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0171B5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Торкретирование в ковшах и торкретирование в печах смешанного чугуна осуществляется полусухим способом.</w:t>
      </w:r>
      <w:r w:rsidR="000171B5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Все механическое оборудование, используемое для торкретирования в конвертерах, может быть использовано для торкретирования в печах смешанного чугуна и стали в ковшах.</w:t>
      </w:r>
    </w:p>
    <w:p w:rsidR="002B0F8A" w:rsidRPr="00D63317" w:rsidRDefault="002B0F8A" w:rsidP="002B0F8A">
      <w:pPr>
        <w:widowControl/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8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8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3359" w:rsidRPr="00D63317" w:rsidRDefault="00E13359" w:rsidP="00E13359">
      <w:pPr>
        <w:widowControl/>
        <w:ind w:left="-150" w:right="-30"/>
        <w:jc w:val="center"/>
        <w:rPr>
          <w:rFonts w:ascii="Times New Roman" w:eastAsia="Times New Roman" w:hAnsi="Times New Roman" w:cs="Times New Roman"/>
          <w:color w:val="0000FF"/>
          <w:kern w:val="0"/>
          <w:sz w:val="20"/>
          <w:szCs w:val="20"/>
          <w:shd w:val="clear" w:color="auto" w:fill="FFFFFF"/>
          <w:lang w:val="ru-RU"/>
        </w:rPr>
      </w:pPr>
      <w:r w:rsidRPr="00D63317">
        <w:rPr>
          <w:rFonts w:ascii="Times New Roman" w:eastAsia="Times New Roman" w:hAnsi="Times New Roman" w:cs="Times New Roman"/>
          <w:kern w:val="0"/>
          <w:sz w:val="20"/>
          <w:szCs w:val="20"/>
          <w:lang w:val="ru-RU"/>
        </w:rPr>
        <w:fldChar w:fldCharType="begin"/>
      </w:r>
      <w:r w:rsidRPr="00D63317">
        <w:rPr>
          <w:rFonts w:ascii="Times New Roman" w:eastAsia="Times New Roman" w:hAnsi="Times New Roman" w:cs="Times New Roman"/>
          <w:kern w:val="0"/>
          <w:sz w:val="20"/>
          <w:szCs w:val="20"/>
          <w:lang w:val="ru-RU"/>
        </w:rPr>
        <w:instrText xml:space="preserve"> HYPERLINK "https://puyang.ru/product/torkret-massa-dlya-konvertera/" \t "_blank" </w:instrText>
      </w:r>
      <w:r w:rsidRPr="00D63317">
        <w:rPr>
          <w:rFonts w:ascii="Times New Roman" w:eastAsia="Times New Roman" w:hAnsi="Times New Roman" w:cs="Times New Roman"/>
          <w:kern w:val="0"/>
          <w:sz w:val="20"/>
          <w:szCs w:val="20"/>
          <w:lang w:val="ru-RU"/>
        </w:rPr>
      </w:r>
      <w:r w:rsidRPr="00D63317">
        <w:rPr>
          <w:rFonts w:ascii="Times New Roman" w:eastAsia="Times New Roman" w:hAnsi="Times New Roman" w:cs="Times New Roman"/>
          <w:kern w:val="0"/>
          <w:sz w:val="20"/>
          <w:szCs w:val="20"/>
          <w:lang w:val="ru-RU"/>
        </w:rPr>
        <w:fldChar w:fldCharType="separate"/>
      </w:r>
      <w:r w:rsidRPr="00D63317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Торкрет-масса для конвертера</w:t>
      </w:r>
    </w:p>
    <w:p w:rsidR="00E13359" w:rsidRPr="00D63317" w:rsidRDefault="00E13359" w:rsidP="00E13359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</w:rPr>
      </w:pPr>
      <w:r w:rsidRPr="00D63317">
        <w:rPr>
          <w:rFonts w:ascii="Times New Roman" w:eastAsia="Times New Roman" w:hAnsi="Times New Roman" w:cs="Times New Roman"/>
          <w:kern w:val="0"/>
          <w:sz w:val="20"/>
          <w:szCs w:val="20"/>
          <w:lang w:val="ru-RU"/>
        </w:rPr>
        <w:fldChar w:fldCharType="end"/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9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E13359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E13359" w:rsidRPr="00D63317" w:rsidRDefault="00E13359" w:rsidP="00E13359">
      <w:pPr>
        <w:widowControl/>
        <w:tabs>
          <w:tab w:val="left" w:pos="600"/>
        </w:tabs>
        <w:autoSpaceDE w:val="0"/>
        <w:autoSpaceDN w:val="0"/>
        <w:ind w:right="172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для конвертеров.</w:t>
      </w:r>
    </w:p>
    <w:p w:rsidR="00E13359" w:rsidRPr="00D63317" w:rsidRDefault="00E13359" w:rsidP="00E13359">
      <w:pPr>
        <w:widowControl/>
        <w:tabs>
          <w:tab w:val="left" w:pos="72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0171B5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Он обладает характеристиками быстрого затвердевания, хорошей прочности, длительного срока службы, хорошей стойкости к шлаку, удобной конструкции и т. д. Степень адгезии может достигать более 90%. Торкрет-ремонт в горячем состоянии может значительно сэкономить время ремонта печи.</w:t>
      </w:r>
    </w:p>
    <w:p w:rsidR="005F69DA" w:rsidRPr="00D63317" w:rsidRDefault="00E13359" w:rsidP="00E13359">
      <w:pPr>
        <w:widowControl/>
        <w:tabs>
          <w:tab w:val="left" w:pos="720"/>
        </w:tabs>
        <w:autoSpaceDE w:val="0"/>
        <w:autoSpaceDN w:val="0"/>
        <w:ind w:right="288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b/>
          <w:sz w:val="20"/>
          <w:szCs w:val="20"/>
          <w:lang w:val="ru-RU"/>
        </w:rPr>
        <w:t>3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t>.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E64CF" w:rsidRPr="00D63317" w:rsidTr="00AE64CF">
        <w:tc>
          <w:tcPr>
            <w:tcW w:w="3080" w:type="dxa"/>
          </w:tcPr>
          <w:p w:rsidR="00AE64CF" w:rsidRPr="00D63317" w:rsidRDefault="00AE64CF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AE64CF" w:rsidRPr="00D63317" w:rsidRDefault="00AE64CF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AE64CF" w:rsidRPr="00D63317" w:rsidRDefault="00AE64CF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YYM-80</w:t>
            </w:r>
          </w:p>
        </w:tc>
      </w:tr>
      <w:tr w:rsidR="00507ED2" w:rsidRPr="00D63317" w:rsidTr="00AE64CF">
        <w:tc>
          <w:tcPr>
            <w:tcW w:w="3080" w:type="dxa"/>
            <w:vMerge w:val="restart"/>
          </w:tcPr>
          <w:p w:rsidR="00507ED2" w:rsidRPr="00725769" w:rsidRDefault="00507ED2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MgO</w:t>
            </w:r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&gt;80</w:t>
            </w:r>
          </w:p>
        </w:tc>
      </w:tr>
      <w:tr w:rsidR="00507ED2" w:rsidRPr="00D63317" w:rsidTr="00AE64CF">
        <w:tc>
          <w:tcPr>
            <w:tcW w:w="3080" w:type="dxa"/>
            <w:vMerge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CaO</w:t>
            </w:r>
            <w:proofErr w:type="spellEnd"/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&gt;2</w:t>
            </w:r>
          </w:p>
        </w:tc>
      </w:tr>
      <w:tr w:rsidR="00507ED2" w:rsidRPr="00D63317" w:rsidTr="00AE64CF">
        <w:tc>
          <w:tcPr>
            <w:tcW w:w="3080" w:type="dxa"/>
            <w:vMerge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Fe2O3</w:t>
            </w:r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AE64CF" w:rsidRPr="00D63317" w:rsidTr="00AE64CF">
        <w:tc>
          <w:tcPr>
            <w:tcW w:w="3080" w:type="dxa"/>
          </w:tcPr>
          <w:p w:rsidR="00AE64CF" w:rsidRPr="00725769" w:rsidRDefault="00507ED2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Огнеупорность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℃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AE64CF" w:rsidRPr="00D63317" w:rsidRDefault="00AE64CF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AE64CF" w:rsidRPr="00D63317" w:rsidRDefault="00AE64CF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&gt;1790</w:t>
            </w:r>
          </w:p>
        </w:tc>
      </w:tr>
      <w:tr w:rsidR="00507ED2" w:rsidRPr="00D63317" w:rsidTr="00AE64CF">
        <w:tc>
          <w:tcPr>
            <w:tcW w:w="3080" w:type="dxa"/>
            <w:vMerge w:val="restart"/>
          </w:tcPr>
          <w:p w:rsidR="00507ED2" w:rsidRPr="00725769" w:rsidRDefault="00507ED2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150°C x 16h</w:t>
            </w:r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&gt;2</w:t>
            </w:r>
          </w:p>
        </w:tc>
      </w:tr>
      <w:tr w:rsidR="00507ED2" w:rsidRPr="00D63317" w:rsidTr="00AE64CF">
        <w:tc>
          <w:tcPr>
            <w:tcW w:w="3080" w:type="dxa"/>
            <w:vMerge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1500°C x 3h</w:t>
            </w:r>
          </w:p>
        </w:tc>
        <w:tc>
          <w:tcPr>
            <w:tcW w:w="3081" w:type="dxa"/>
          </w:tcPr>
          <w:p w:rsidR="00507ED2" w:rsidRPr="00D63317" w:rsidRDefault="00507ED2" w:rsidP="00E13359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&gt;3</w:t>
            </w:r>
          </w:p>
        </w:tc>
      </w:tr>
      <w:tr w:rsidR="00507ED2" w:rsidRPr="00D63317" w:rsidTr="00AE64CF">
        <w:tc>
          <w:tcPr>
            <w:tcW w:w="3080" w:type="dxa"/>
            <w:vMerge w:val="restart"/>
          </w:tcPr>
          <w:p w:rsidR="00507ED2" w:rsidRPr="00725769" w:rsidRDefault="00507ED2" w:rsidP="0072576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Предел прочности на сжатие</w:t>
            </w:r>
            <w:r w:rsid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(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3081" w:type="dxa"/>
          </w:tcPr>
          <w:p w:rsidR="00507ED2" w:rsidRPr="00D63317" w:rsidRDefault="00507ED2" w:rsidP="00507ED2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150°C x 16h</w:t>
            </w:r>
          </w:p>
        </w:tc>
        <w:tc>
          <w:tcPr>
            <w:tcW w:w="3081" w:type="dxa"/>
          </w:tcPr>
          <w:p w:rsidR="00507ED2" w:rsidRPr="00D63317" w:rsidRDefault="00507ED2" w:rsidP="00507ED2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&gt;20</w:t>
            </w:r>
          </w:p>
        </w:tc>
      </w:tr>
      <w:tr w:rsidR="00507ED2" w:rsidRPr="00D63317" w:rsidTr="00AE64CF">
        <w:tc>
          <w:tcPr>
            <w:tcW w:w="3080" w:type="dxa"/>
            <w:vMerge/>
          </w:tcPr>
          <w:p w:rsidR="00507ED2" w:rsidRPr="00D63317" w:rsidRDefault="00507ED2" w:rsidP="00507ED2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507ED2" w:rsidRPr="00D63317" w:rsidRDefault="00507ED2" w:rsidP="00507ED2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1500°C x 3h</w:t>
            </w:r>
          </w:p>
        </w:tc>
        <w:tc>
          <w:tcPr>
            <w:tcW w:w="3081" w:type="dxa"/>
          </w:tcPr>
          <w:p w:rsidR="00507ED2" w:rsidRPr="00D63317" w:rsidRDefault="00507ED2" w:rsidP="00507ED2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&gt;40</w:t>
            </w:r>
          </w:p>
        </w:tc>
      </w:tr>
    </w:tbl>
    <w:p w:rsidR="005F69DA" w:rsidRPr="00D63317" w:rsidRDefault="00E13359" w:rsidP="00E13359">
      <w:pPr>
        <w:widowControl/>
        <w:tabs>
          <w:tab w:val="left" w:pos="720"/>
        </w:tabs>
        <w:autoSpaceDE w:val="0"/>
        <w:autoSpaceDN w:val="0"/>
        <w:spacing w:after="804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4. </w:t>
      </w:r>
      <w:r w:rsidR="00092F94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Внимание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b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Следует обращать внимание на влажность, чтобы не допустить затвердевания, влияющего на эффект использования. Срок хранения не должен превышать 4 месяцев, этот материал следует использовать как можно скорее после добавления воды, если у пользователя есть особые требования, наша компания может внести коррективы в соответствии с различными ситуациями.</w:t>
      </w:r>
    </w:p>
    <w:p w:rsidR="002B0F8A" w:rsidRPr="00D63317" w:rsidRDefault="002B0F8A" w:rsidP="00E13359">
      <w:pPr>
        <w:widowControl/>
        <w:tabs>
          <w:tab w:val="left" w:pos="720"/>
        </w:tabs>
        <w:autoSpaceDE w:val="0"/>
        <w:autoSpaceDN w:val="0"/>
        <w:spacing w:after="804"/>
        <w:ind w:right="288"/>
        <w:jc w:val="left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9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9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373D" w:rsidRPr="00725769" w:rsidRDefault="00725769" w:rsidP="00725769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color w:val="C00000"/>
          <w:sz w:val="20"/>
          <w:szCs w:val="20"/>
          <w:lang w:val="ru-RU"/>
        </w:rPr>
      </w:pPr>
      <w:r>
        <w:rPr>
          <w:rFonts w:ascii="Times New Roman" w:eastAsia="zCZmz5Mu+SimHei" w:hAnsi="Times New Roman" w:cs="Times New Roman"/>
          <w:color w:val="C00000"/>
          <w:spacing w:val="2"/>
          <w:sz w:val="20"/>
          <w:szCs w:val="20"/>
          <w:lang w:val="ru-RU"/>
        </w:rPr>
        <w:t xml:space="preserve"> </w:t>
      </w:r>
      <w:r w:rsidR="006E373D" w:rsidRPr="00725769">
        <w:rPr>
          <w:rFonts w:ascii="Times New Roman" w:eastAsia="zCZmz5Mu+SimHei" w:hAnsi="Times New Roman" w:cs="Times New Roman"/>
          <w:spacing w:val="2"/>
          <w:sz w:val="20"/>
          <w:szCs w:val="20"/>
        </w:rPr>
        <w:t>M</w:t>
      </w:r>
      <w:r w:rsidR="006E373D" w:rsidRPr="00725769">
        <w:rPr>
          <w:rFonts w:ascii="Times New Roman" w:eastAsia="zCZmz5Mu+SimHei" w:hAnsi="Times New Roman" w:cs="Times New Roman"/>
          <w:sz w:val="20"/>
          <w:szCs w:val="20"/>
        </w:rPr>
        <w:t>L</w:t>
      </w:r>
      <w:r w:rsidR="006E373D" w:rsidRPr="00725769">
        <w:rPr>
          <w:rFonts w:ascii="Times New Roman" w:eastAsia="zCZmz5Mu+SimHei" w:hAnsi="Times New Roman" w:cs="Times New Roman"/>
          <w:spacing w:val="2"/>
          <w:sz w:val="20"/>
          <w:szCs w:val="20"/>
        </w:rPr>
        <w:t>D</w:t>
      </w:r>
      <w:r w:rsidR="006E373D" w:rsidRPr="00725769">
        <w:rPr>
          <w:rFonts w:ascii="Times New Roman" w:eastAsia="zCZmz5Mu+SimHei" w:hAnsi="Times New Roman" w:cs="Times New Roman"/>
          <w:sz w:val="20"/>
          <w:szCs w:val="20"/>
          <w:lang w:val="ru-RU"/>
        </w:rPr>
        <w:t>—</w:t>
      </w:r>
      <w:r w:rsidR="006E373D" w:rsidRPr="00725769">
        <w:rPr>
          <w:rFonts w:ascii="Times New Roman" w:eastAsia="zCZmz5Mu+SimHei" w:hAnsi="Times New Roman" w:cs="Times New Roman"/>
          <w:sz w:val="20"/>
          <w:szCs w:val="20"/>
        </w:rPr>
        <w:t>A</w:t>
      </w:r>
      <w:r w:rsidR="006E373D" w:rsidRPr="00725769">
        <w:rPr>
          <w:rFonts w:ascii="Times New Roman" w:eastAsia="zCZmz5Mu+SimHei" w:hAnsi="Times New Roman" w:cs="Times New Roman"/>
          <w:sz w:val="20"/>
          <w:szCs w:val="20"/>
          <w:lang w:val="ru-RU"/>
        </w:rPr>
        <w:t xml:space="preserve"> Модификатор конвертерного шлака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645410" cy="2133600"/>
            <wp:effectExtent l="0" t="0" r="0" b="0"/>
            <wp:docPr id="9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D9038A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D9038A" w:rsidRPr="00D63317" w:rsidRDefault="00D9038A" w:rsidP="00CF10E5">
      <w:pPr>
        <w:widowControl/>
        <w:tabs>
          <w:tab w:val="left" w:pos="600"/>
        </w:tabs>
        <w:autoSpaceDE w:val="0"/>
        <w:autoSpaceDN w:val="0"/>
        <w:ind w:right="172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для конвертеров.</w:t>
      </w:r>
    </w:p>
    <w:p w:rsidR="00D9038A" w:rsidRPr="00D63317" w:rsidRDefault="00D9038A" w:rsidP="00B634B9">
      <w:pPr>
        <w:widowControl/>
        <w:tabs>
          <w:tab w:val="left" w:pos="600"/>
        </w:tabs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t>1. Использование прокачки колосников, кислородной фурмы и устройства автоматического управления обеспечивает простоту оборудования и низкую трудоемкость.</w:t>
      </w:r>
    </w:p>
    <w:p w:rsidR="00D9038A" w:rsidRPr="00D63317" w:rsidRDefault="00D9038A" w:rsidP="00D9038A">
      <w:pPr>
        <w:widowControl/>
        <w:tabs>
          <w:tab w:val="left" w:pos="600"/>
        </w:tabs>
        <w:autoSpaceDE w:val="0"/>
        <w:autoSpaceDN w:val="0"/>
        <w:ind w:right="172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2. Использование конвертерного конечного ш</w:t>
      </w:r>
      <w:r w:rsidR="000171B5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лака и азота, низкая стоимость.</w:t>
      </w:r>
    </w:p>
    <w:p w:rsidR="00B634B9" w:rsidRPr="00D63317" w:rsidRDefault="00870DEF" w:rsidP="00B634B9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3</w:t>
      </w:r>
      <w:r w:rsidR="00B634B9" w:rsidRPr="00D63317">
        <w:rPr>
          <w:rFonts w:ascii="Times New Roman" w:eastAsia="SimSun" w:hAnsi="Times New Roman" w:cs="Times New Roman"/>
          <w:color w:val="000000"/>
          <w:sz w:val="20"/>
          <w:szCs w:val="20"/>
          <w:lang w:val="ru-RU"/>
        </w:rPr>
        <w:t>. Каждый раз требуется всего 2'30-3'30', не влияя на производственный ритм.</w:t>
      </w:r>
    </w:p>
    <w:p w:rsidR="00B634B9" w:rsidRPr="00D63317" w:rsidRDefault="00B634B9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4. Липкий шлак может покрывать большую поверхность спереди и сзади, брызги шлака могут покрывать всю стенку печи, </w:t>
      </w:r>
      <w:r w:rsidRPr="00D63317">
        <w:rPr>
          <w:rFonts w:ascii="Times New Roman" w:eastAsia="SimSun" w:hAnsi="Times New Roman" w:cs="Times New Roman"/>
          <w:color w:val="000000"/>
          <w:sz w:val="20"/>
          <w:szCs w:val="20"/>
          <w:lang w:val="ru-RU"/>
        </w:rPr>
        <w:t>прилипание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шлака очевиден</w:t>
      </w:r>
      <w:r w:rsidRPr="00D63317">
        <w:rPr>
          <w:rFonts w:ascii="Times New Roman" w:eastAsia="SimSun" w:hAnsi="Times New Roman" w:cs="Times New Roman"/>
          <w:color w:val="000000"/>
          <w:sz w:val="20"/>
          <w:szCs w:val="20"/>
          <w:lang w:val="ru-RU"/>
        </w:rPr>
        <w:t>о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.</w:t>
      </w:r>
    </w:p>
    <w:p w:rsidR="00051436" w:rsidRPr="00D63317" w:rsidRDefault="00051436" w:rsidP="00CF10E5">
      <w:pPr>
        <w:widowControl/>
        <w:tabs>
          <w:tab w:val="left" w:pos="60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5</w:t>
      </w:r>
      <w:r w:rsidR="006E373D" w:rsidRPr="00D63317">
        <w:rPr>
          <w:rFonts w:ascii="Times New Roman" w:eastAsia="SimSun" w:hAnsi="Times New Roman" w:cs="Times New Roman"/>
          <w:color w:val="000000"/>
          <w:sz w:val="20"/>
          <w:szCs w:val="20"/>
          <w:lang w:val="ru-RU"/>
        </w:rPr>
        <w:t>.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Применяется для новой и старой футеровки печей конвертеров.</w:t>
      </w:r>
    </w:p>
    <w:p w:rsidR="00051436" w:rsidRPr="00D63317" w:rsidRDefault="00051436" w:rsidP="00CF10E5">
      <w:pPr>
        <w:widowControl/>
        <w:tabs>
          <w:tab w:val="left" w:pos="600"/>
        </w:tabs>
        <w:autoSpaceDE w:val="0"/>
        <w:autoSpaceDN w:val="0"/>
        <w:ind w:right="144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>6. Толщина выбрызгиваемого шлака не должна быть слишком большой.</w:t>
      </w:r>
      <w:r w:rsidR="000171B5" w:rsidRPr="00D6331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t>Благодаря собственному весу он предотвратит падение.</w:t>
      </w:r>
      <w:r w:rsidR="000171B5" w:rsidRPr="00D63317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t>Поэтому окончательное количество шлака должно быть надлежащим образом сохранено.</w:t>
      </w:r>
    </w:p>
    <w:p w:rsidR="00051436" w:rsidRPr="00D63317" w:rsidRDefault="00051436" w:rsidP="00051436">
      <w:pPr>
        <w:widowControl/>
        <w:tabs>
          <w:tab w:val="left" w:pos="600"/>
        </w:tabs>
        <w:autoSpaceDE w:val="0"/>
        <w:autoSpaceDN w:val="0"/>
        <w:ind w:right="288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>7. Давление при продувке азотом не должно быть слишком высоким, чтобы не разбрызгивать непрореагировавший легкоплавкий шлак и не вызывать побочных эффектов.</w:t>
      </w:r>
    </w:p>
    <w:p w:rsidR="00051436" w:rsidRPr="00D63317" w:rsidRDefault="00051436" w:rsidP="00051436">
      <w:pPr>
        <w:widowControl/>
        <w:tabs>
          <w:tab w:val="left" w:pos="600"/>
        </w:tabs>
        <w:autoSpaceDE w:val="0"/>
        <w:autoSpaceDN w:val="0"/>
        <w:ind w:right="288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>8. Поскольку в шихту добавлен восстановитель, он лучше воздействует на перекисный шлак марок стали с меньшими требованиями к углероду в конце дутья.</w:t>
      </w:r>
    </w:p>
    <w:p w:rsidR="006E373D" w:rsidRPr="00D63317" w:rsidRDefault="00051436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sz w:val="20"/>
          <w:szCs w:val="20"/>
          <w:lang w:val="ru-RU"/>
        </w:rPr>
        <w:t xml:space="preserve">9. Для разбрызгивания шлака или липкого шлака содержание </w:t>
      </w:r>
      <w:proofErr w:type="spellStart"/>
      <w:r w:rsidRPr="00D63317">
        <w:rPr>
          <w:rFonts w:ascii="Times New Roman" w:hAnsi="Times New Roman" w:cs="Times New Roman"/>
          <w:sz w:val="20"/>
          <w:szCs w:val="20"/>
          <w:lang w:val="ru-RU"/>
        </w:rPr>
        <w:t>MgO</w:t>
      </w:r>
      <w:proofErr w:type="spellEnd"/>
      <w:r w:rsidRPr="00D63317">
        <w:rPr>
          <w:rFonts w:ascii="Times New Roman" w:hAnsi="Times New Roman" w:cs="Times New Roman"/>
          <w:sz w:val="20"/>
          <w:szCs w:val="20"/>
          <w:lang w:val="ru-RU"/>
        </w:rPr>
        <w:t xml:space="preserve"> в конечном шлаке обычно составляет 8-12%, щелочность более 3%, </w:t>
      </w:r>
      <w:proofErr w:type="spellStart"/>
      <w:r w:rsidRPr="00D63317">
        <w:rPr>
          <w:rFonts w:ascii="Times New Roman" w:hAnsi="Times New Roman" w:cs="Times New Roman"/>
          <w:sz w:val="20"/>
          <w:szCs w:val="20"/>
          <w:lang w:val="ru-RU"/>
        </w:rPr>
        <w:t>FeO</w:t>
      </w:r>
      <w:proofErr w:type="spellEnd"/>
      <w:r w:rsidRPr="00D63317">
        <w:rPr>
          <w:rFonts w:ascii="Times New Roman" w:hAnsi="Times New Roman" w:cs="Times New Roman"/>
          <w:sz w:val="20"/>
          <w:szCs w:val="20"/>
          <w:lang w:val="ru-RU"/>
        </w:rPr>
        <w:t xml:space="preserve"> меньше или равно 20%, а конечная точка C больше или равна равен 0,06%, </w:t>
      </w:r>
      <w:r w:rsidR="006E373D" w:rsidRPr="00D63317">
        <w:rPr>
          <w:rFonts w:ascii="Times New Roman" w:hAnsi="Times New Roman" w:cs="Times New Roman"/>
          <w:sz w:val="20"/>
          <w:szCs w:val="20"/>
          <w:lang w:val="ru-RU"/>
        </w:rPr>
        <w:t>что является лучшим показателем.</w:t>
      </w:r>
    </w:p>
    <w:p w:rsidR="005F69DA" w:rsidRPr="00D63317" w:rsidRDefault="006E373D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b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C547B8" w:rsidRPr="00D63317" w:rsidTr="00C547B8">
        <w:tc>
          <w:tcPr>
            <w:tcW w:w="4621" w:type="dxa"/>
          </w:tcPr>
          <w:p w:rsidR="00C547B8" w:rsidRPr="00725769" w:rsidRDefault="00C547B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4621" w:type="dxa"/>
          </w:tcPr>
          <w:p w:rsidR="00C547B8" w:rsidRPr="00725769" w:rsidRDefault="00C547B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Количество</w:t>
            </w:r>
          </w:p>
        </w:tc>
      </w:tr>
      <w:tr w:rsidR="00C547B8" w:rsidRPr="00D63317" w:rsidTr="00C547B8">
        <w:tc>
          <w:tcPr>
            <w:tcW w:w="4621" w:type="dxa"/>
          </w:tcPr>
          <w:p w:rsidR="00C547B8" w:rsidRPr="00725769" w:rsidRDefault="002626F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MgO (%)</w:t>
            </w:r>
          </w:p>
        </w:tc>
        <w:tc>
          <w:tcPr>
            <w:tcW w:w="4621" w:type="dxa"/>
          </w:tcPr>
          <w:p w:rsidR="00C547B8" w:rsidRPr="00725769" w:rsidRDefault="00C547B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40-65%</w:t>
            </w:r>
          </w:p>
        </w:tc>
      </w:tr>
      <w:tr w:rsidR="00C547B8" w:rsidRPr="00D63317" w:rsidTr="00C547B8">
        <w:tc>
          <w:tcPr>
            <w:tcW w:w="4621" w:type="dxa"/>
          </w:tcPr>
          <w:p w:rsidR="00C547B8" w:rsidRPr="00725769" w:rsidRDefault="002626F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proofErr w:type="spellStart"/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CaO</w:t>
            </w:r>
            <w:proofErr w:type="spellEnd"/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4621" w:type="dxa"/>
          </w:tcPr>
          <w:p w:rsidR="00C547B8" w:rsidRPr="00725769" w:rsidRDefault="00C547B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6-10%</w:t>
            </w:r>
          </w:p>
        </w:tc>
      </w:tr>
      <w:tr w:rsidR="00C547B8" w:rsidRPr="00D63317" w:rsidTr="00C547B8">
        <w:tc>
          <w:tcPr>
            <w:tcW w:w="4621" w:type="dxa"/>
          </w:tcPr>
          <w:p w:rsidR="00C547B8" w:rsidRPr="00725769" w:rsidRDefault="002626F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SiO2 (%)</w:t>
            </w:r>
          </w:p>
        </w:tc>
        <w:tc>
          <w:tcPr>
            <w:tcW w:w="4621" w:type="dxa"/>
          </w:tcPr>
          <w:p w:rsidR="00C547B8" w:rsidRPr="00725769" w:rsidRDefault="00C547B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1-6%</w:t>
            </w:r>
          </w:p>
        </w:tc>
      </w:tr>
      <w:tr w:rsidR="00C547B8" w:rsidRPr="00D63317" w:rsidTr="00C547B8">
        <w:tc>
          <w:tcPr>
            <w:tcW w:w="4621" w:type="dxa"/>
          </w:tcPr>
          <w:p w:rsidR="00C547B8" w:rsidRPr="00725769" w:rsidRDefault="002626F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C (%)</w:t>
            </w:r>
          </w:p>
        </w:tc>
        <w:tc>
          <w:tcPr>
            <w:tcW w:w="4621" w:type="dxa"/>
          </w:tcPr>
          <w:p w:rsidR="00C547B8" w:rsidRPr="00725769" w:rsidRDefault="00C547B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5-15%</w:t>
            </w:r>
          </w:p>
        </w:tc>
      </w:tr>
      <w:tr w:rsidR="00C547B8" w:rsidRPr="00D63317" w:rsidTr="00C547B8">
        <w:tc>
          <w:tcPr>
            <w:tcW w:w="4621" w:type="dxa"/>
          </w:tcPr>
          <w:p w:rsidR="00C547B8" w:rsidRPr="00725769" w:rsidRDefault="002626F8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S.P (%)</w:t>
            </w:r>
          </w:p>
        </w:tc>
        <w:tc>
          <w:tcPr>
            <w:tcW w:w="4621" w:type="dxa"/>
          </w:tcPr>
          <w:p w:rsidR="00C547B8" w:rsidRPr="00725769" w:rsidRDefault="00725769" w:rsidP="002626F8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Точная настройка (подгонка)</w:t>
            </w:r>
          </w:p>
        </w:tc>
      </w:tr>
    </w:tbl>
    <w:p w:rsidR="00C547B8" w:rsidRPr="00D63317" w:rsidRDefault="00C547B8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26"/>
        <w:jc w:val="left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9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73606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9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790" w:rsidRPr="00725769" w:rsidRDefault="005D7790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</w:rPr>
      </w:pPr>
      <w:proofErr w:type="spellStart"/>
      <w:r w:rsidRPr="00725769">
        <w:rPr>
          <w:rFonts w:ascii="Times New Roman" w:eastAsia="SimSun" w:hAnsi="Times New Roman" w:cs="Times New Roman"/>
          <w:sz w:val="20"/>
          <w:szCs w:val="20"/>
        </w:rPr>
        <w:t>Шлаковый</w:t>
      </w:r>
      <w:proofErr w:type="spellEnd"/>
      <w:r w:rsidRPr="00725769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Pr="00725769">
        <w:rPr>
          <w:rFonts w:ascii="Times New Roman" w:eastAsia="SimSun" w:hAnsi="Times New Roman" w:cs="Times New Roman"/>
          <w:sz w:val="20"/>
          <w:szCs w:val="20"/>
        </w:rPr>
        <w:t>стопорный</w:t>
      </w:r>
      <w:proofErr w:type="spellEnd"/>
      <w:r w:rsidRPr="00725769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Pr="00725769">
        <w:rPr>
          <w:rFonts w:ascii="Times New Roman" w:eastAsia="SimSun" w:hAnsi="Times New Roman" w:cs="Times New Roman"/>
          <w:sz w:val="20"/>
          <w:szCs w:val="20"/>
        </w:rPr>
        <w:t>шар</w:t>
      </w:r>
      <w:proofErr w:type="spellEnd"/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10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5D7790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AA7370" w:rsidRPr="00D63317" w:rsidRDefault="00AA7370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Пригоден для выпуска из сталеплавильного конвертера.</w:t>
      </w:r>
    </w:p>
    <w:p w:rsidR="005F69DA" w:rsidRPr="00D63317" w:rsidRDefault="005D7790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AA7370" w:rsidRPr="00D63317" w:rsidRDefault="00AA7370" w:rsidP="00AA7370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1. Высокая прочность и малая скорость разрушения;</w:t>
      </w:r>
    </w:p>
    <w:p w:rsidR="00AA7370" w:rsidRPr="00D63317" w:rsidRDefault="00AA7370" w:rsidP="00AA7370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2. Разумная конструкция позволяет максимально увеличить мощность блокировки шлака;</w:t>
      </w:r>
    </w:p>
    <w:p w:rsidR="00AA7370" w:rsidRPr="00D63317" w:rsidRDefault="00AA7370" w:rsidP="00AA7370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3. Хорошая устойчивость к высокотемпературному размыву, может обеспечить эффективное блокирование стального шлака при выпуске стали.</w:t>
      </w:r>
    </w:p>
    <w:p w:rsidR="005F69DA" w:rsidRPr="00D63317" w:rsidRDefault="005D7790" w:rsidP="00AA7370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2626F8" w:rsidRPr="00D63317" w:rsidTr="002626F8">
        <w:tc>
          <w:tcPr>
            <w:tcW w:w="4621" w:type="dxa"/>
          </w:tcPr>
          <w:p w:rsidR="002626F8" w:rsidRPr="00725769" w:rsidRDefault="002626F8" w:rsidP="00AA7370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Наименование</w:t>
            </w:r>
          </w:p>
        </w:tc>
        <w:tc>
          <w:tcPr>
            <w:tcW w:w="4621" w:type="dxa"/>
          </w:tcPr>
          <w:p w:rsidR="002626F8" w:rsidRPr="00725769" w:rsidRDefault="002626F8" w:rsidP="00AA7370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Показатель</w:t>
            </w:r>
          </w:p>
        </w:tc>
      </w:tr>
      <w:tr w:rsidR="002626F8" w:rsidRPr="00D63317" w:rsidTr="002626F8">
        <w:tc>
          <w:tcPr>
            <w:tcW w:w="4621" w:type="dxa"/>
          </w:tcPr>
          <w:p w:rsidR="002626F8" w:rsidRPr="00725769" w:rsidRDefault="002626F8" w:rsidP="00AA7370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SiO2 (%)</w:t>
            </w:r>
          </w:p>
        </w:tc>
        <w:tc>
          <w:tcPr>
            <w:tcW w:w="4621" w:type="dxa"/>
          </w:tcPr>
          <w:p w:rsidR="002626F8" w:rsidRPr="00725769" w:rsidRDefault="002626F8" w:rsidP="00AA7370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</w:t>
            </w: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20</w:t>
            </w:r>
          </w:p>
        </w:tc>
      </w:tr>
      <w:tr w:rsidR="002626F8" w:rsidRPr="00D63317" w:rsidTr="002626F8">
        <w:tc>
          <w:tcPr>
            <w:tcW w:w="4621" w:type="dxa"/>
          </w:tcPr>
          <w:p w:rsidR="002626F8" w:rsidRPr="00725769" w:rsidRDefault="002626F8" w:rsidP="00AA7370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Al2O3(</w:t>
            </w: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%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)</w:t>
            </w:r>
          </w:p>
        </w:tc>
        <w:tc>
          <w:tcPr>
            <w:tcW w:w="4621" w:type="dxa"/>
          </w:tcPr>
          <w:p w:rsidR="002626F8" w:rsidRPr="00725769" w:rsidRDefault="002626F8" w:rsidP="00AA7370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</w:t>
            </w: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20</w:t>
            </w:r>
          </w:p>
        </w:tc>
      </w:tr>
      <w:tr w:rsidR="00F81DAB" w:rsidRPr="00D63317" w:rsidTr="002626F8">
        <w:tc>
          <w:tcPr>
            <w:tcW w:w="4621" w:type="dxa"/>
          </w:tcPr>
          <w:p w:rsidR="00F81DAB" w:rsidRPr="00725769" w:rsidRDefault="00F81DAB" w:rsidP="00725769">
            <w:pPr>
              <w:pStyle w:val="a8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Огнеупорность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℃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4621" w:type="dxa"/>
          </w:tcPr>
          <w:p w:rsidR="00F81DAB" w:rsidRPr="00725769" w:rsidRDefault="00F81DAB" w:rsidP="00F81DAB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&gt;1790</w:t>
            </w:r>
          </w:p>
        </w:tc>
      </w:tr>
      <w:tr w:rsidR="00F81DAB" w:rsidRPr="00D63317" w:rsidTr="002626F8">
        <w:tc>
          <w:tcPr>
            <w:tcW w:w="4621" w:type="dxa"/>
          </w:tcPr>
          <w:p w:rsidR="00F81DAB" w:rsidRPr="00725769" w:rsidRDefault="00F81DAB" w:rsidP="00725769">
            <w:pPr>
              <w:pStyle w:val="a8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/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cm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4621" w:type="dxa"/>
          </w:tcPr>
          <w:p w:rsidR="00F81DAB" w:rsidRPr="00725769" w:rsidRDefault="00F81DAB" w:rsidP="00F81DAB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3.9-4.5</w:t>
            </w:r>
          </w:p>
        </w:tc>
      </w:tr>
    </w:tbl>
    <w:p w:rsidR="002626F8" w:rsidRPr="00D63317" w:rsidRDefault="002626F8" w:rsidP="00AA7370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2062"/>
        <w:jc w:val="left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74528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0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04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4FB7" w:rsidRPr="00725769" w:rsidRDefault="00314FB7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</w:rPr>
      </w:pPr>
      <w:proofErr w:type="spellStart"/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Конус</w:t>
      </w:r>
      <w:proofErr w:type="spellEnd"/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для</w:t>
      </w:r>
      <w:proofErr w:type="spellEnd"/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остановки</w:t>
      </w:r>
      <w:proofErr w:type="spellEnd"/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шлака</w:t>
      </w:r>
      <w:proofErr w:type="spellEnd"/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3317">
        <w:rPr>
          <w:rFonts w:ascii="Times New Roman" w:hAnsi="Times New Roman" w:cs="Times New Roman"/>
          <w:b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106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314FB7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ED0BB5" w:rsidRPr="00D63317" w:rsidRDefault="00ED0BB5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подходит для конвертеров грузоподъемностью 50 тонн и выше.</w:t>
      </w:r>
    </w:p>
    <w:p w:rsidR="005F69DA" w:rsidRPr="00D63317" w:rsidRDefault="00314FB7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ED0BB5" w:rsidRPr="00D63317" w:rsidRDefault="00ED0BB5" w:rsidP="00ED0BB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1. Высокая прочность и низкая скорость разрушения;</w:t>
      </w:r>
    </w:p>
    <w:p w:rsidR="00ED0BB5" w:rsidRPr="00D63317" w:rsidRDefault="00ED0BB5" w:rsidP="00ED0BB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2. Конструкция позволяет максимально увеличить количество блокировок шлака;</w:t>
      </w:r>
    </w:p>
    <w:p w:rsidR="00ED0BB5" w:rsidRPr="00D63317" w:rsidRDefault="00ED0BB5" w:rsidP="00ED0BB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3. Эффективная степень блокирования шлака составляет более 95%;</w:t>
      </w:r>
    </w:p>
    <w:p w:rsidR="00ED0BB5" w:rsidRPr="00D63317" w:rsidRDefault="00ED0BB5" w:rsidP="00ED0BB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4. Обладает хорошей устойчивостью к высокотемпературной эрозии и может эффективно блокировать стальной шлак во время выпуска.</w:t>
      </w:r>
    </w:p>
    <w:p w:rsidR="005F69DA" w:rsidRPr="00D63317" w:rsidRDefault="00314FB7" w:rsidP="00ED0BB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928"/>
        <w:gridCol w:w="1233"/>
      </w:tblGrid>
      <w:tr w:rsidR="00F81DAB" w:rsidRPr="00D63317" w:rsidTr="00D63317">
        <w:tc>
          <w:tcPr>
            <w:tcW w:w="4928" w:type="dxa"/>
          </w:tcPr>
          <w:p w:rsidR="00F81DAB" w:rsidRPr="00725769" w:rsidRDefault="00F81DAB" w:rsidP="00725769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233" w:type="dxa"/>
          </w:tcPr>
          <w:p w:rsidR="00F81DAB" w:rsidRPr="00725769" w:rsidRDefault="00F81DAB" w:rsidP="00ED0BB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4.0-4.5</w:t>
            </w:r>
          </w:p>
        </w:tc>
      </w:tr>
      <w:tr w:rsidR="00F81DAB" w:rsidRPr="00D63317" w:rsidTr="00D63317">
        <w:tc>
          <w:tcPr>
            <w:tcW w:w="4928" w:type="dxa"/>
          </w:tcPr>
          <w:p w:rsidR="00F81DAB" w:rsidRPr="00725769" w:rsidRDefault="00F81DAB" w:rsidP="0072576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Предел прочности на сжатие</w:t>
            </w:r>
            <w:r w:rsidR="00725769"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(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1233" w:type="dxa"/>
          </w:tcPr>
          <w:p w:rsidR="00F81DAB" w:rsidRPr="00725769" w:rsidRDefault="00F81DAB" w:rsidP="00ED0BB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&gt;70</w:t>
            </w:r>
          </w:p>
        </w:tc>
      </w:tr>
      <w:tr w:rsidR="00F81DAB" w:rsidRPr="00D63317" w:rsidTr="00D63317">
        <w:tc>
          <w:tcPr>
            <w:tcW w:w="4928" w:type="dxa"/>
          </w:tcPr>
          <w:p w:rsidR="00D63317" w:rsidRPr="00725769" w:rsidRDefault="00D63317" w:rsidP="00ED0BB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Максимальная рабочая температура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℃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233" w:type="dxa"/>
          </w:tcPr>
          <w:p w:rsidR="00F81DAB" w:rsidRPr="00725769" w:rsidRDefault="00F81DAB" w:rsidP="00ED0BB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1700</w:t>
            </w:r>
          </w:p>
        </w:tc>
      </w:tr>
    </w:tbl>
    <w:p w:rsidR="005F69DA" w:rsidRPr="00D63317" w:rsidRDefault="00ED0BB5" w:rsidP="00CF10E5">
      <w:pPr>
        <w:widowControl/>
        <w:autoSpaceDE w:val="0"/>
        <w:autoSpaceDN w:val="0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Примечание: насыпная плотность конуса блокировки шлака может быть скорректирована в соответствии с фактическим удельным весом шлака.</w:t>
      </w:r>
    </w:p>
    <w:p w:rsidR="00ED0BB5" w:rsidRPr="00D63317" w:rsidRDefault="00ED0BB5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76371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0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77292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09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32FA" w:rsidRPr="00D63317" w:rsidRDefault="00D832FA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 xml:space="preserve">Ковшовые огнеупорные </w:t>
      </w:r>
      <w:r w:rsidRPr="00D63317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>литейные</w:t>
      </w:r>
      <w:r w:rsidRPr="00D63317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 xml:space="preserve"> изделия из </w:t>
      </w:r>
      <w:r w:rsidRPr="00D63317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>алюминиево</w:t>
      </w:r>
      <w:r w:rsidRPr="00D63317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>-</w:t>
      </w:r>
      <w:r w:rsidRPr="00D63317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>магниевой</w:t>
      </w:r>
      <w:r w:rsidRPr="00D63317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 w:rsidRPr="00D63317">
        <w:rPr>
          <w:rFonts w:ascii="Times New Roman" w:hAnsi="Times New Roman" w:cs="Times New Roman"/>
          <w:bCs/>
          <w:color w:val="333333"/>
          <w:sz w:val="20"/>
          <w:szCs w:val="20"/>
          <w:shd w:val="clear" w:color="auto" w:fill="FFFFFF"/>
          <w:lang w:val="ru-RU"/>
        </w:rPr>
        <w:t>шпинели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306320"/>
            <wp:effectExtent l="0" t="0" r="0" b="0"/>
            <wp:docPr id="11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D832FA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D832FA" w:rsidRPr="00D63317" w:rsidRDefault="00D832FA" w:rsidP="00CF10E5">
      <w:pPr>
        <w:widowControl/>
        <w:tabs>
          <w:tab w:val="left" w:pos="840"/>
        </w:tabs>
        <w:autoSpaceDE w:val="0"/>
        <w:autoSpaceDN w:val="0"/>
        <w:ind w:right="864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Подходит для использования на сталеразливочных ковшах и может непрерывно использоваться более 120 раз.</w:t>
      </w:r>
    </w:p>
    <w:p w:rsidR="005F69DA" w:rsidRPr="00D63317" w:rsidRDefault="00D832FA" w:rsidP="00D832FA">
      <w:pPr>
        <w:widowControl/>
        <w:tabs>
          <w:tab w:val="left" w:pos="840"/>
        </w:tabs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Хорошая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шлакоустойчивость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, хорошая ударопрочность и стойкость к истиранию, длительный срок службы и хорошие высокотемпературные характеристики.</w:t>
      </w:r>
    </w:p>
    <w:p w:rsidR="005F69DA" w:rsidRPr="00D63317" w:rsidRDefault="00D832FA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E03886" w:rsidRPr="00D63317" w:rsidTr="00E03886">
        <w:tc>
          <w:tcPr>
            <w:tcW w:w="6161" w:type="dxa"/>
            <w:gridSpan w:val="2"/>
          </w:tcPr>
          <w:p w:rsidR="00E03886" w:rsidRPr="00725769" w:rsidRDefault="00E03886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Марка</w:t>
            </w:r>
          </w:p>
        </w:tc>
        <w:tc>
          <w:tcPr>
            <w:tcW w:w="3081" w:type="dxa"/>
          </w:tcPr>
          <w:p w:rsidR="00E03886" w:rsidRPr="00725769" w:rsidRDefault="00E03886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AM-70</w:t>
            </w:r>
          </w:p>
        </w:tc>
      </w:tr>
      <w:tr w:rsidR="00F70FC5" w:rsidRPr="00D63317" w:rsidTr="00E03886">
        <w:tc>
          <w:tcPr>
            <w:tcW w:w="3080" w:type="dxa"/>
            <w:vMerge w:val="restart"/>
          </w:tcPr>
          <w:p w:rsidR="00F70FC5" w:rsidRPr="00725769" w:rsidRDefault="00F70FC5" w:rsidP="00725769">
            <w:pPr>
              <w:pStyle w:val="a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Химический</w:t>
            </w:r>
            <w:proofErr w:type="spellEnd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состав</w:t>
            </w:r>
            <w:proofErr w:type="spellEnd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）</w:t>
            </w:r>
          </w:p>
        </w:tc>
        <w:tc>
          <w:tcPr>
            <w:tcW w:w="3081" w:type="dxa"/>
          </w:tcPr>
          <w:p w:rsidR="00F70FC5" w:rsidRPr="00725769" w:rsidRDefault="00F70FC5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Al2O3</w:t>
            </w:r>
          </w:p>
        </w:tc>
        <w:tc>
          <w:tcPr>
            <w:tcW w:w="3081" w:type="dxa"/>
          </w:tcPr>
          <w:p w:rsidR="00F70FC5" w:rsidRPr="00725769" w:rsidRDefault="00F70FC5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&gt;70</w:t>
            </w:r>
          </w:p>
        </w:tc>
      </w:tr>
      <w:tr w:rsidR="00F70FC5" w:rsidRPr="00D63317" w:rsidTr="00E03886">
        <w:tc>
          <w:tcPr>
            <w:tcW w:w="3080" w:type="dxa"/>
            <w:vMerge/>
          </w:tcPr>
          <w:p w:rsidR="00F70FC5" w:rsidRPr="00725769" w:rsidRDefault="00F70FC5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F70FC5" w:rsidRPr="00725769" w:rsidRDefault="00F70FC5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MgO</w:t>
            </w:r>
          </w:p>
        </w:tc>
        <w:tc>
          <w:tcPr>
            <w:tcW w:w="3081" w:type="dxa"/>
          </w:tcPr>
          <w:p w:rsidR="00F70FC5" w:rsidRPr="00725769" w:rsidRDefault="00F70FC5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&gt;12</w:t>
            </w:r>
          </w:p>
        </w:tc>
      </w:tr>
      <w:tr w:rsidR="00F70FC5" w:rsidRPr="00D63317" w:rsidTr="00E03886">
        <w:tc>
          <w:tcPr>
            <w:tcW w:w="3080" w:type="dxa"/>
            <w:vMerge w:val="restart"/>
          </w:tcPr>
          <w:p w:rsidR="00F70FC5" w:rsidRPr="00725769" w:rsidRDefault="00F70FC5" w:rsidP="00725769">
            <w:pPr>
              <w:pStyle w:val="a8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/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cm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110°C x 24h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&gt;2.9</w:t>
            </w:r>
          </w:p>
        </w:tc>
      </w:tr>
      <w:tr w:rsidR="00F70FC5" w:rsidRPr="00D63317" w:rsidTr="00E03886">
        <w:tc>
          <w:tcPr>
            <w:tcW w:w="3080" w:type="dxa"/>
            <w:vMerge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1550°C x 3h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&gt;2.85</w:t>
            </w:r>
          </w:p>
        </w:tc>
      </w:tr>
      <w:tr w:rsidR="00F70FC5" w:rsidRPr="00D63317" w:rsidTr="00E03886">
        <w:tc>
          <w:tcPr>
            <w:tcW w:w="3080" w:type="dxa"/>
            <w:vMerge w:val="restart"/>
          </w:tcPr>
          <w:p w:rsidR="00F70FC5" w:rsidRPr="00725769" w:rsidRDefault="00F70FC5" w:rsidP="00725769">
            <w:pPr>
              <w:pStyle w:val="a8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Прочность на изгиб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MPa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110°C x 24h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&gt;6</w:t>
            </w:r>
          </w:p>
        </w:tc>
      </w:tr>
      <w:tr w:rsidR="00F70FC5" w:rsidRPr="00D63317" w:rsidTr="00E03886">
        <w:tc>
          <w:tcPr>
            <w:tcW w:w="3080" w:type="dxa"/>
            <w:vMerge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1550°C x 3h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&gt;8</w:t>
            </w:r>
          </w:p>
        </w:tc>
      </w:tr>
      <w:tr w:rsidR="00F70FC5" w:rsidRPr="00D63317" w:rsidTr="00E03886">
        <w:tc>
          <w:tcPr>
            <w:tcW w:w="3080" w:type="dxa"/>
            <w:vMerge w:val="restart"/>
          </w:tcPr>
          <w:p w:rsidR="00F70FC5" w:rsidRPr="00725769" w:rsidRDefault="00F70FC5" w:rsidP="00725769">
            <w:pPr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Предел прочности на сжатие</w:t>
            </w:r>
            <w:r w:rsid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(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MPa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110°C x 24h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&gt;60</w:t>
            </w:r>
          </w:p>
        </w:tc>
      </w:tr>
      <w:tr w:rsidR="00F70FC5" w:rsidRPr="00D63317" w:rsidTr="00E03886">
        <w:tc>
          <w:tcPr>
            <w:tcW w:w="3080" w:type="dxa"/>
            <w:vMerge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1550°C x 3h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&gt;80</w:t>
            </w:r>
          </w:p>
        </w:tc>
      </w:tr>
      <w:tr w:rsidR="00F70FC5" w:rsidRPr="00D63317" w:rsidTr="00E03886">
        <w:tc>
          <w:tcPr>
            <w:tcW w:w="3080" w:type="dxa"/>
            <w:vMerge w:val="restart"/>
          </w:tcPr>
          <w:p w:rsidR="00F70FC5" w:rsidRPr="00725769" w:rsidRDefault="00F70FC5" w:rsidP="00725769">
            <w:pPr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Линейные изменения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%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110°C x 24h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-0.1</w:t>
            </w:r>
          </w:p>
        </w:tc>
      </w:tr>
      <w:tr w:rsidR="00F70FC5" w:rsidRPr="00D63317" w:rsidTr="00E03886">
        <w:tc>
          <w:tcPr>
            <w:tcW w:w="3080" w:type="dxa"/>
            <w:vMerge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1550°C x 3h</w:t>
            </w:r>
          </w:p>
        </w:tc>
        <w:tc>
          <w:tcPr>
            <w:tcW w:w="3081" w:type="dxa"/>
          </w:tcPr>
          <w:p w:rsidR="00F70FC5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+0.2</w:t>
            </w:r>
          </w:p>
        </w:tc>
      </w:tr>
      <w:tr w:rsidR="00E03886" w:rsidRPr="00D63317" w:rsidTr="00E03886">
        <w:tc>
          <w:tcPr>
            <w:tcW w:w="3080" w:type="dxa"/>
          </w:tcPr>
          <w:p w:rsidR="00E03886" w:rsidRPr="00725769" w:rsidRDefault="00C47189" w:rsidP="00C47189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Т</w:t>
            </w:r>
            <w:r w:rsidRPr="0072576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емпература деформации под нагрузкой </w:t>
            </w:r>
            <w:r w:rsidRPr="00725769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°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C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E03886" w:rsidRPr="00725769" w:rsidRDefault="00E03886" w:rsidP="00E0388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0.2 Mpa0.6%</w:t>
            </w:r>
          </w:p>
        </w:tc>
        <w:tc>
          <w:tcPr>
            <w:tcW w:w="3081" w:type="dxa"/>
          </w:tcPr>
          <w:p w:rsidR="00E03886" w:rsidRPr="00725769" w:rsidRDefault="00F70FC5" w:rsidP="00E0388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1650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℃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</w:tr>
    </w:tbl>
    <w:p w:rsidR="00E03886" w:rsidRPr="00D63317" w:rsidRDefault="00E03886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1976"/>
        <w:jc w:val="left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78214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13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791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14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E5C" w:rsidRPr="00725769" w:rsidRDefault="00562E5C" w:rsidP="00CF10E5">
      <w:pPr>
        <w:widowControl/>
        <w:autoSpaceDE w:val="0"/>
        <w:autoSpaceDN w:val="0"/>
        <w:ind w:right="3678"/>
        <w:jc w:val="righ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>Продувочное</w:t>
      </w:r>
      <w:r w:rsidR="00D832FA"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 xml:space="preserve"> устройство </w:t>
      </w:r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>сталеразливочных</w:t>
      </w:r>
      <w:r w:rsidR="00D832FA"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 xml:space="preserve"> </w:t>
      </w:r>
      <w:r w:rsidRPr="00725769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ru-RU"/>
        </w:rPr>
        <w:t>ковшей</w:t>
      </w:r>
    </w:p>
    <w:p w:rsidR="005F69DA" w:rsidRPr="00D63317" w:rsidRDefault="00870DEF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142490"/>
            <wp:effectExtent l="0" t="0" r="0" b="0"/>
            <wp:docPr id="11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562E5C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562E5C" w:rsidRPr="00D63317" w:rsidRDefault="00562E5C" w:rsidP="00CF10E5">
      <w:pPr>
        <w:widowControl/>
        <w:tabs>
          <w:tab w:val="left" w:pos="840"/>
        </w:tabs>
        <w:autoSpaceDE w:val="0"/>
        <w:autoSpaceDN w:val="0"/>
        <w:ind w:right="576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пригоден для изготовления сталеплавильных ковшей, днищ и других деталей.</w:t>
      </w:r>
    </w:p>
    <w:p w:rsidR="00562E5C" w:rsidRPr="00D63317" w:rsidRDefault="00562E5C" w:rsidP="00562E5C">
      <w:pPr>
        <w:widowControl/>
        <w:tabs>
          <w:tab w:val="left" w:pos="840"/>
        </w:tabs>
        <w:autoSpaceDE w:val="0"/>
        <w:autoSpaceDN w:val="0"/>
        <w:ind w:right="576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0171B5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="000171B5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О</w:t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бладает хорошей устойчивостью к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термоударам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, противозадирной, эрозионной и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антипроницаемой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стойкостью, высокой скоростью продувки, безопасностью и надежностью в эксплуатации, длительным сроком службы.</w:t>
      </w:r>
    </w:p>
    <w:p w:rsidR="005F69DA" w:rsidRDefault="00562E5C" w:rsidP="00562E5C">
      <w:pPr>
        <w:widowControl/>
        <w:tabs>
          <w:tab w:val="left" w:pos="840"/>
        </w:tabs>
        <w:autoSpaceDE w:val="0"/>
        <w:autoSpaceDN w:val="0"/>
        <w:ind w:right="576"/>
        <w:jc w:val="left"/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09"/>
        <w:gridCol w:w="2283"/>
        <w:gridCol w:w="2284"/>
        <w:gridCol w:w="2284"/>
      </w:tblGrid>
      <w:tr w:rsidR="00D63317" w:rsidRPr="00725769" w:rsidTr="009E3868">
        <w:tc>
          <w:tcPr>
            <w:tcW w:w="2609" w:type="dxa"/>
          </w:tcPr>
          <w:p w:rsidR="00D63317" w:rsidRPr="00725769" w:rsidRDefault="00D63317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283" w:type="dxa"/>
          </w:tcPr>
          <w:p w:rsidR="009E3868" w:rsidRPr="00725769" w:rsidRDefault="009E3868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Вентиляция</w:t>
            </w:r>
          </w:p>
        </w:tc>
        <w:tc>
          <w:tcPr>
            <w:tcW w:w="2284" w:type="dxa"/>
          </w:tcPr>
          <w:p w:rsidR="009E3868" w:rsidRPr="00725769" w:rsidRDefault="009E3868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Гнездовой блок</w:t>
            </w:r>
          </w:p>
        </w:tc>
        <w:tc>
          <w:tcPr>
            <w:tcW w:w="2284" w:type="dxa"/>
          </w:tcPr>
          <w:p w:rsidR="009E3868" w:rsidRPr="00725769" w:rsidRDefault="009E3868" w:rsidP="00725769">
            <w:pPr>
              <w:widowControl/>
              <w:tabs>
                <w:tab w:val="left" w:pos="840"/>
              </w:tabs>
              <w:autoSpaceDE w:val="0"/>
              <w:autoSpaceDN w:val="0"/>
              <w:ind w:right="2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Огнеупорная глина</w:t>
            </w:r>
          </w:p>
        </w:tc>
      </w:tr>
      <w:tr w:rsidR="00D63317" w:rsidRPr="00725769" w:rsidTr="009E3868">
        <w:tc>
          <w:tcPr>
            <w:tcW w:w="2609" w:type="dxa"/>
          </w:tcPr>
          <w:p w:rsidR="00D63317" w:rsidRPr="00725769" w:rsidRDefault="00D63317" w:rsidP="00725769">
            <w:pPr>
              <w:widowControl/>
              <w:tabs>
                <w:tab w:val="left" w:pos="840"/>
              </w:tabs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A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l2O3+MgO+Cr2O3 (%)</w:t>
            </w:r>
          </w:p>
        </w:tc>
        <w:tc>
          <w:tcPr>
            <w:tcW w:w="2283" w:type="dxa"/>
          </w:tcPr>
          <w:p w:rsidR="00D63317" w:rsidRPr="00725769" w:rsidRDefault="00D63317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284" w:type="dxa"/>
          </w:tcPr>
          <w:p w:rsidR="00D63317" w:rsidRPr="00725769" w:rsidRDefault="009E3868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≥92</w:t>
            </w:r>
          </w:p>
        </w:tc>
        <w:tc>
          <w:tcPr>
            <w:tcW w:w="2284" w:type="dxa"/>
          </w:tcPr>
          <w:p w:rsidR="00D63317" w:rsidRPr="00725769" w:rsidRDefault="00D63317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</w:tr>
      <w:tr w:rsidR="00D63317" w:rsidRPr="00725769" w:rsidTr="009E3868">
        <w:tc>
          <w:tcPr>
            <w:tcW w:w="2609" w:type="dxa"/>
          </w:tcPr>
          <w:p w:rsidR="00D63317" w:rsidRPr="00725769" w:rsidRDefault="00D63317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A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l2O3+MgO (%)</w:t>
            </w:r>
          </w:p>
        </w:tc>
        <w:tc>
          <w:tcPr>
            <w:tcW w:w="2283" w:type="dxa"/>
          </w:tcPr>
          <w:p w:rsidR="00D63317" w:rsidRPr="00725769" w:rsidRDefault="009E3868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≥94</w:t>
            </w:r>
          </w:p>
        </w:tc>
        <w:tc>
          <w:tcPr>
            <w:tcW w:w="2284" w:type="dxa"/>
          </w:tcPr>
          <w:p w:rsidR="00D63317" w:rsidRPr="00725769" w:rsidRDefault="00D63317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284" w:type="dxa"/>
          </w:tcPr>
          <w:p w:rsidR="00D63317" w:rsidRPr="00725769" w:rsidRDefault="00D63317" w:rsidP="00562E5C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</w:tr>
      <w:tr w:rsidR="009E3868" w:rsidRPr="00725769" w:rsidTr="009E3868">
        <w:tc>
          <w:tcPr>
            <w:tcW w:w="2609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A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l2O3+ Cr2O3 (%)</w:t>
            </w:r>
          </w:p>
        </w:tc>
        <w:tc>
          <w:tcPr>
            <w:tcW w:w="2283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≥80</w:t>
            </w:r>
          </w:p>
        </w:tc>
      </w:tr>
      <w:tr w:rsidR="009E3868" w:rsidRPr="00725769" w:rsidTr="009E3868">
        <w:tc>
          <w:tcPr>
            <w:tcW w:w="2609" w:type="dxa"/>
          </w:tcPr>
          <w:p w:rsidR="009E3868" w:rsidRPr="00725769" w:rsidRDefault="009E3868" w:rsidP="00725769">
            <w:pPr>
              <w:pStyle w:val="a8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/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cm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2283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≥3.0</w:t>
            </w: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≥2.95</w:t>
            </w: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≥2.3</w:t>
            </w:r>
          </w:p>
        </w:tc>
      </w:tr>
      <w:tr w:rsidR="009E3868" w:rsidRPr="00725769" w:rsidTr="009E3868">
        <w:tc>
          <w:tcPr>
            <w:tcW w:w="2609" w:type="dxa"/>
          </w:tcPr>
          <w:p w:rsidR="009E3868" w:rsidRPr="00725769" w:rsidRDefault="009E3868" w:rsidP="00725769">
            <w:pPr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Предел прочности на сжатие</w:t>
            </w:r>
            <w:r w:rsidR="00725769"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(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MPa</w:t>
            </w:r>
            <w:r w:rsidRPr="00725769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2283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≥90</w:t>
            </w: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≥50</w:t>
            </w: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</w:tr>
      <w:tr w:rsidR="009E3868" w:rsidRPr="00725769" w:rsidTr="009E3868">
        <w:tc>
          <w:tcPr>
            <w:tcW w:w="2609" w:type="dxa"/>
          </w:tcPr>
          <w:p w:rsidR="009E3868" w:rsidRPr="00725769" w:rsidRDefault="009E3868" w:rsidP="00725769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Т</w:t>
            </w:r>
            <w:r w:rsidRPr="0072576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емпература деформации под нагрузкой </w:t>
            </w:r>
            <w:r w:rsidRPr="00725769">
              <w:rPr>
                <w:rFonts w:ascii="Times New Roman" w:eastAsia="SimSun" w:hAnsi="Times New Roman" w:cs="Times New Roman"/>
                <w:bCs/>
                <w:color w:val="000000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°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C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2283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≥1700</w:t>
            </w: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≥1700</w:t>
            </w: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</w:tr>
      <w:tr w:rsidR="009E3868" w:rsidRPr="00725769" w:rsidTr="009E3868">
        <w:tc>
          <w:tcPr>
            <w:tcW w:w="2609" w:type="dxa"/>
          </w:tcPr>
          <w:p w:rsidR="009E3868" w:rsidRPr="00725769" w:rsidRDefault="009E3868" w:rsidP="00725769">
            <w:pPr>
              <w:pStyle w:val="a8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Огнеупорность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℃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2283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2284" w:type="dxa"/>
          </w:tcPr>
          <w:p w:rsidR="009E3868" w:rsidRPr="00725769" w:rsidRDefault="009E3868" w:rsidP="009E3868">
            <w:pPr>
              <w:widowControl/>
              <w:tabs>
                <w:tab w:val="left" w:pos="840"/>
              </w:tabs>
              <w:autoSpaceDE w:val="0"/>
              <w:autoSpaceDN w:val="0"/>
              <w:ind w:right="576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≥1790</w:t>
            </w:r>
          </w:p>
        </w:tc>
      </w:tr>
    </w:tbl>
    <w:p w:rsidR="00D63317" w:rsidRPr="00725769" w:rsidRDefault="00D63317" w:rsidP="00562E5C">
      <w:pPr>
        <w:widowControl/>
        <w:tabs>
          <w:tab w:val="left" w:pos="840"/>
        </w:tabs>
        <w:autoSpaceDE w:val="0"/>
        <w:autoSpaceDN w:val="0"/>
        <w:ind w:right="576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5F69DA" w:rsidRPr="00725769" w:rsidRDefault="005F69DA" w:rsidP="00CF10E5">
      <w:pPr>
        <w:widowControl/>
        <w:autoSpaceDE w:val="0"/>
        <w:autoSpaceDN w:val="0"/>
        <w:spacing w:after="1594"/>
        <w:jc w:val="left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244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80057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18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80979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9DA" w:rsidRPr="00725769" w:rsidRDefault="00725769" w:rsidP="00CF10E5">
      <w:pPr>
        <w:widowControl/>
        <w:autoSpaceDE w:val="0"/>
        <w:autoSpaceDN w:val="0"/>
        <w:ind w:right="3570"/>
        <w:jc w:val="righ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25769">
        <w:rPr>
          <w:rFonts w:ascii="Times New Roman" w:eastAsia="SimSun" w:hAnsi="Times New Roman" w:cs="Times New Roman"/>
          <w:sz w:val="20"/>
          <w:szCs w:val="20"/>
          <w:lang w:val="ru-RU"/>
        </w:rPr>
        <w:t>Покрытие для больших и промежуточных ковшей</w:t>
      </w:r>
    </w:p>
    <w:p w:rsidR="005F69DA" w:rsidRPr="00D63317" w:rsidRDefault="00870DEF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306320"/>
            <wp:effectExtent l="0" t="0" r="0" b="0"/>
            <wp:docPr id="12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B80D93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5F69DA" w:rsidRPr="00D63317" w:rsidRDefault="00B80D93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725769">
        <w:rPr>
          <w:rFonts w:ascii="Times New Roman" w:eastAsia="zCZmz5Mu+SimHei" w:hAnsi="Times New Roman" w:cs="Times New Roman"/>
          <w:sz w:val="20"/>
          <w:szCs w:val="20"/>
          <w:lang w:val="ru-RU"/>
        </w:rPr>
        <w:t>Продукт подходит для сталеплавильных ковшей, оснований и других деталей</w:t>
      </w:r>
      <w:r w:rsidRPr="00D63317">
        <w:rPr>
          <w:rFonts w:ascii="Times New Roman" w:eastAsia="zCZmz5Mu+SimHei" w:hAnsi="Times New Roman" w:cs="Times New Roman"/>
          <w:color w:val="FF0000"/>
          <w:sz w:val="20"/>
          <w:szCs w:val="20"/>
          <w:lang w:val="ru-RU"/>
        </w:rPr>
        <w:t>.</w:t>
      </w:r>
    </w:p>
    <w:p w:rsidR="00E4676A" w:rsidRPr="00D63317" w:rsidRDefault="00B80D93" w:rsidP="00E4676A">
      <w:pPr>
        <w:widowControl/>
        <w:tabs>
          <w:tab w:val="left" w:pos="600"/>
        </w:tabs>
        <w:autoSpaceDE w:val="0"/>
        <w:autoSpaceDN w:val="0"/>
        <w:ind w:right="576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E4676A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="00E4676A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1. Покрывающий агент обладает хорошей расширяемостью, может снизить его емкость, хорошо сохраняет тепло и предотвращает вторичное окисление расплавленной стали атмосферой.</w:t>
      </w:r>
    </w:p>
    <w:p w:rsidR="00E4676A" w:rsidRPr="00D63317" w:rsidRDefault="00E4676A" w:rsidP="00E4676A">
      <w:pPr>
        <w:widowControl/>
        <w:tabs>
          <w:tab w:val="left" w:pos="600"/>
        </w:tabs>
        <w:autoSpaceDE w:val="0"/>
        <w:autoSpaceDN w:val="0"/>
        <w:ind w:right="576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2. Покрывающий агент является низкоуглеродистым, что позволяет избежать проблемы науглероживания расплавленной стали, необходимой для некоторых низкоуглеродистых сталей. </w:t>
      </w:r>
    </w:p>
    <w:p w:rsidR="00E4676A" w:rsidRPr="00D63317" w:rsidRDefault="00E4676A" w:rsidP="00E4676A">
      <w:pPr>
        <w:widowControl/>
        <w:tabs>
          <w:tab w:val="left" w:pos="600"/>
        </w:tabs>
        <w:autoSpaceDE w:val="0"/>
        <w:autoSpaceDN w:val="0"/>
        <w:ind w:right="576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3. Покрывающий агент представляет собой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высокощелочное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покрытие, которое хорошо поглощает плавающие включения в расплавленной стали.</w:t>
      </w:r>
    </w:p>
    <w:p w:rsidR="00E4676A" w:rsidRPr="00D63317" w:rsidRDefault="00E4676A" w:rsidP="00E4676A">
      <w:pPr>
        <w:widowControl/>
        <w:tabs>
          <w:tab w:val="left" w:pos="600"/>
        </w:tabs>
        <w:autoSpaceDE w:val="0"/>
        <w:autoSpaceDN w:val="0"/>
        <w:ind w:right="576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4. Покрывающий агент не вступает в реакцию с расплавленной сталью или элементами в расплавленной стали, вызывая загрязнение расплавленной стали.</w:t>
      </w:r>
    </w:p>
    <w:p w:rsidR="00E4676A" w:rsidRPr="00D63317" w:rsidRDefault="00E4676A" w:rsidP="00E4676A">
      <w:pPr>
        <w:widowControl/>
        <w:tabs>
          <w:tab w:val="left" w:pos="600"/>
        </w:tabs>
        <w:autoSpaceDE w:val="0"/>
        <w:autoSpaceDN w:val="0"/>
        <w:ind w:right="576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5. В этом покрытии мало пыли, что улучшает производственную среду работников.</w:t>
      </w:r>
    </w:p>
    <w:p w:rsidR="005F69DA" w:rsidRPr="00D63317" w:rsidRDefault="00B80D93" w:rsidP="00E4676A">
      <w:pPr>
        <w:widowControl/>
        <w:tabs>
          <w:tab w:val="left" w:pos="600"/>
        </w:tabs>
        <w:autoSpaceDE w:val="0"/>
        <w:autoSpaceDN w:val="0"/>
        <w:ind w:right="576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10173" w:type="dxa"/>
        <w:tblLook w:val="04A0" w:firstRow="1" w:lastRow="0" w:firstColumn="1" w:lastColumn="0" w:noHBand="0" w:noVBand="1"/>
      </w:tblPr>
      <w:tblGrid>
        <w:gridCol w:w="1115"/>
        <w:gridCol w:w="968"/>
        <w:gridCol w:w="991"/>
        <w:gridCol w:w="1061"/>
        <w:gridCol w:w="651"/>
        <w:gridCol w:w="2126"/>
        <w:gridCol w:w="3261"/>
      </w:tblGrid>
      <w:tr w:rsidR="00E01AC7" w:rsidRPr="00F55014" w:rsidTr="00725769">
        <w:tc>
          <w:tcPr>
            <w:tcW w:w="1115" w:type="dxa"/>
          </w:tcPr>
          <w:p w:rsidR="00C47189" w:rsidRPr="00725769" w:rsidRDefault="00C47189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  <w:proofErr w:type="spellEnd"/>
          </w:p>
        </w:tc>
        <w:tc>
          <w:tcPr>
            <w:tcW w:w="968" w:type="dxa"/>
          </w:tcPr>
          <w:p w:rsidR="00C47189" w:rsidRPr="00725769" w:rsidRDefault="00C47189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SiO2(%)</w:t>
            </w:r>
          </w:p>
        </w:tc>
        <w:tc>
          <w:tcPr>
            <w:tcW w:w="991" w:type="dxa"/>
          </w:tcPr>
          <w:p w:rsidR="00C47189" w:rsidRPr="00725769" w:rsidRDefault="00C47189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MgO(</w:t>
            </w:r>
            <w:proofErr w:type="gramEnd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%)</w:t>
            </w:r>
          </w:p>
        </w:tc>
        <w:tc>
          <w:tcPr>
            <w:tcW w:w="1061" w:type="dxa"/>
          </w:tcPr>
          <w:p w:rsidR="00C47189" w:rsidRPr="00725769" w:rsidRDefault="00C47189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Fe2O3(%)</w:t>
            </w:r>
          </w:p>
        </w:tc>
        <w:tc>
          <w:tcPr>
            <w:tcW w:w="651" w:type="dxa"/>
          </w:tcPr>
          <w:p w:rsidR="00C47189" w:rsidRPr="00725769" w:rsidRDefault="00C47189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126" w:type="dxa"/>
          </w:tcPr>
          <w:p w:rsidR="00E01AC7" w:rsidRPr="00725769" w:rsidRDefault="00E01AC7" w:rsidP="00E01AC7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Т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емпература плавления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°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261" w:type="dxa"/>
          </w:tcPr>
          <w:p w:rsidR="00E01AC7" w:rsidRPr="00725769" w:rsidRDefault="00E01AC7" w:rsidP="00E01AC7">
            <w:pPr>
              <w:pStyle w:val="a8"/>
              <w:rPr>
                <w:rFonts w:ascii="Times New Roman" w:eastAsia="Microsoft YaHei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Производительность изоляции (охлаждение) °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/мин</w:t>
            </w:r>
          </w:p>
        </w:tc>
      </w:tr>
      <w:tr w:rsidR="00E01AC7" w:rsidRPr="00D63317" w:rsidTr="00725769">
        <w:tc>
          <w:tcPr>
            <w:tcW w:w="1115" w:type="dxa"/>
          </w:tcPr>
          <w:p w:rsidR="00C47189" w:rsidRPr="00725769" w:rsidRDefault="00E01AC7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FGJ-C</w:t>
            </w:r>
          </w:p>
        </w:tc>
        <w:tc>
          <w:tcPr>
            <w:tcW w:w="968" w:type="dxa"/>
          </w:tcPr>
          <w:p w:rsidR="00C47189" w:rsidRPr="00725769" w:rsidRDefault="00E01AC7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35-41</w:t>
            </w:r>
          </w:p>
        </w:tc>
        <w:tc>
          <w:tcPr>
            <w:tcW w:w="991" w:type="dxa"/>
          </w:tcPr>
          <w:p w:rsidR="00C47189" w:rsidRPr="00725769" w:rsidRDefault="00E01AC7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4-7</w:t>
            </w:r>
          </w:p>
        </w:tc>
        <w:tc>
          <w:tcPr>
            <w:tcW w:w="1061" w:type="dxa"/>
          </w:tcPr>
          <w:p w:rsidR="00C47189" w:rsidRPr="00725769" w:rsidRDefault="00E01AC7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3-5</w:t>
            </w:r>
          </w:p>
        </w:tc>
        <w:tc>
          <w:tcPr>
            <w:tcW w:w="651" w:type="dxa"/>
          </w:tcPr>
          <w:p w:rsidR="00C47189" w:rsidRPr="00725769" w:rsidRDefault="00E01AC7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7-9</w:t>
            </w:r>
          </w:p>
        </w:tc>
        <w:tc>
          <w:tcPr>
            <w:tcW w:w="2126" w:type="dxa"/>
          </w:tcPr>
          <w:p w:rsidR="00C47189" w:rsidRPr="00725769" w:rsidRDefault="00E01AC7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1320</w:t>
            </w:r>
          </w:p>
        </w:tc>
        <w:tc>
          <w:tcPr>
            <w:tcW w:w="3261" w:type="dxa"/>
          </w:tcPr>
          <w:p w:rsidR="00C47189" w:rsidRPr="00725769" w:rsidRDefault="00E01AC7" w:rsidP="00E01AC7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1.2-2.1</w:t>
            </w:r>
          </w:p>
        </w:tc>
      </w:tr>
    </w:tbl>
    <w:p w:rsidR="00C47189" w:rsidRPr="00D63317" w:rsidRDefault="00C47189" w:rsidP="00E4676A">
      <w:pPr>
        <w:widowControl/>
        <w:tabs>
          <w:tab w:val="left" w:pos="600"/>
        </w:tabs>
        <w:autoSpaceDE w:val="0"/>
        <w:autoSpaceDN w:val="0"/>
        <w:ind w:right="576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2776"/>
        <w:jc w:val="left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284" w:space="0"/>
          </w:cols>
          <w:docGrid w:linePitch="360"/>
        </w:sectPr>
      </w:pPr>
    </w:p>
    <w:p w:rsidR="005F69DA" w:rsidRPr="00725769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8190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23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82822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24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9DA" w:rsidRPr="00725769" w:rsidRDefault="006D6DA5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25769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 xml:space="preserve">Сухой вибрационный материал для </w:t>
      </w:r>
      <w:proofErr w:type="spellStart"/>
      <w:r w:rsidRPr="00725769">
        <w:rPr>
          <w:rFonts w:ascii="Times New Roman" w:hAnsi="Times New Roman" w:cs="Times New Roman"/>
          <w:sz w:val="20"/>
          <w:szCs w:val="20"/>
          <w:shd w:val="clear" w:color="auto" w:fill="FFFFFF"/>
          <w:lang w:val="ru-RU"/>
        </w:rPr>
        <w:t>промковша</w:t>
      </w:r>
      <w:proofErr w:type="spellEnd"/>
    </w:p>
    <w:p w:rsidR="005F69DA" w:rsidRPr="00725769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725769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12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6C10CF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6C10CF" w:rsidRPr="00D63317" w:rsidRDefault="00533347" w:rsidP="006C10CF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</w:t>
      </w:r>
      <w:r w:rsidR="006C10CF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одходит для </w:t>
      </w:r>
      <w:proofErr w:type="spellStart"/>
      <w:r w:rsidR="006C10CF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промковша</w:t>
      </w:r>
      <w:proofErr w:type="spellEnd"/>
      <w:r w:rsidR="006C10CF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.</w:t>
      </w:r>
    </w:p>
    <w:p w:rsidR="00926D6C" w:rsidRPr="00D63317" w:rsidRDefault="006C10CF" w:rsidP="00926D6C">
      <w:pPr>
        <w:widowControl/>
        <w:tabs>
          <w:tab w:val="left" w:pos="600"/>
        </w:tabs>
        <w:autoSpaceDE w:val="0"/>
        <w:autoSpaceDN w:val="0"/>
        <w:ind w:right="144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870DE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="00926D6C"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1. Простая конструкция, высокая эффективность, снижение трудоемкости, популярность среди операторов;</w:t>
      </w:r>
    </w:p>
    <w:p w:rsidR="00926D6C" w:rsidRPr="00D63317" w:rsidRDefault="00926D6C" w:rsidP="00926D6C">
      <w:pPr>
        <w:widowControl/>
        <w:tabs>
          <w:tab w:val="left" w:pos="600"/>
        </w:tabs>
        <w:autoSpaceDE w:val="0"/>
        <w:autoSpaceDN w:val="0"/>
        <w:ind w:right="144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2. Длительное время непрерывного горения, до более 40 часов, устойчивость к коррозии, легкость удаления пленки (переворачивание) и снижение стоимости тонны стали;</w:t>
      </w:r>
    </w:p>
    <w:p w:rsidR="00926D6C" w:rsidRPr="00D63317" w:rsidRDefault="00926D6C" w:rsidP="00926D6C">
      <w:pPr>
        <w:widowControl/>
        <w:tabs>
          <w:tab w:val="left" w:pos="600"/>
        </w:tabs>
        <w:autoSpaceDE w:val="0"/>
        <w:autoSpaceDN w:val="0"/>
        <w:ind w:right="144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3. Обжиг занимает всего 3-4 часа, имеет хорошие взрывобезопасные характеристики, высокую термическую эффективность и одновременно экономию энергии;</w:t>
      </w:r>
    </w:p>
    <w:p w:rsidR="00926D6C" w:rsidRPr="00D63317" w:rsidRDefault="00926D6C" w:rsidP="00926D6C">
      <w:pPr>
        <w:widowControl/>
        <w:tabs>
          <w:tab w:val="left" w:pos="600"/>
        </w:tabs>
        <w:autoSpaceDE w:val="0"/>
        <w:autoSpaceDN w:val="0"/>
        <w:ind w:right="144"/>
        <w:jc w:val="left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4. Скорость шлакования в </w:t>
      </w:r>
      <w:proofErr w:type="spellStart"/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>промковше</w:t>
      </w:r>
      <w:proofErr w:type="spellEnd"/>
      <w:r w:rsidRPr="00D63317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низкая, что позволяет очистить расплавленную сталь и значительно улучшить качество заготовок непрерывной разливки.</w:t>
      </w:r>
    </w:p>
    <w:p w:rsidR="005F69DA" w:rsidRDefault="006C10CF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E3868" w:rsidTr="009E3868">
        <w:tc>
          <w:tcPr>
            <w:tcW w:w="3080" w:type="dxa"/>
          </w:tcPr>
          <w:p w:rsidR="009E3868" w:rsidRPr="00725769" w:rsidRDefault="009E3868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  <w:proofErr w:type="spellEnd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proofErr w:type="spellEnd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3081" w:type="dxa"/>
          </w:tcPr>
          <w:p w:rsidR="009E3868" w:rsidRPr="00725769" w:rsidRDefault="009E3868" w:rsidP="009E3868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proofErr w:type="spellStart"/>
            <w:r w:rsidRPr="00725769">
              <w:rPr>
                <w:rFonts w:ascii="Times New Roman" w:hAnsi="Times New Roman" w:cs="Times New Roman" w:hint="eastAsia"/>
                <w:sz w:val="20"/>
                <w:szCs w:val="20"/>
                <w:lang w:val="ru-RU"/>
              </w:rPr>
              <w:t>MgO</w:t>
            </w:r>
            <w:proofErr w:type="spellEnd"/>
          </w:p>
        </w:tc>
        <w:tc>
          <w:tcPr>
            <w:tcW w:w="3081" w:type="dxa"/>
          </w:tcPr>
          <w:p w:rsidR="009E3868" w:rsidRPr="00725769" w:rsidRDefault="009E3868" w:rsidP="009E3868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≥90</w:t>
            </w:r>
          </w:p>
        </w:tc>
      </w:tr>
      <w:tr w:rsidR="009E3868" w:rsidTr="009E3868">
        <w:tc>
          <w:tcPr>
            <w:tcW w:w="3080" w:type="dxa"/>
          </w:tcPr>
          <w:p w:rsidR="009E3868" w:rsidRPr="00725769" w:rsidRDefault="009E3868" w:rsidP="00725769">
            <w:pPr>
              <w:pStyle w:val="a8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g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/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9E3868" w:rsidRPr="00725769" w:rsidRDefault="009E3868" w:rsidP="009E3868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300°C x 24h</w:t>
            </w:r>
          </w:p>
        </w:tc>
        <w:tc>
          <w:tcPr>
            <w:tcW w:w="3081" w:type="dxa"/>
          </w:tcPr>
          <w:p w:rsidR="009E3868" w:rsidRPr="00725769" w:rsidRDefault="009E3868" w:rsidP="009E3868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≥2.0</w:t>
            </w:r>
          </w:p>
        </w:tc>
      </w:tr>
      <w:tr w:rsidR="009E3868" w:rsidTr="009E3868">
        <w:tc>
          <w:tcPr>
            <w:tcW w:w="3080" w:type="dxa"/>
          </w:tcPr>
          <w:p w:rsidR="009E3868" w:rsidRPr="00725769" w:rsidRDefault="009E3868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725769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9E3868" w:rsidRPr="00725769" w:rsidRDefault="009E3868" w:rsidP="009E3868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1550°C x 3h</w:t>
            </w:r>
          </w:p>
        </w:tc>
        <w:tc>
          <w:tcPr>
            <w:tcW w:w="3081" w:type="dxa"/>
          </w:tcPr>
          <w:p w:rsidR="009E3868" w:rsidRPr="00725769" w:rsidRDefault="009E3868" w:rsidP="009E3868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≥3.0</w:t>
            </w:r>
          </w:p>
        </w:tc>
      </w:tr>
      <w:tr w:rsidR="009E3868" w:rsidTr="009E3868">
        <w:tc>
          <w:tcPr>
            <w:tcW w:w="3080" w:type="dxa"/>
          </w:tcPr>
          <w:p w:rsidR="009E3868" w:rsidRPr="00725769" w:rsidRDefault="009E3868" w:rsidP="00725769">
            <w:pP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Линейные изменения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3081" w:type="dxa"/>
          </w:tcPr>
          <w:p w:rsidR="009E3868" w:rsidRPr="00725769" w:rsidRDefault="009E3868" w:rsidP="009E3868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1550°C x 3h</w:t>
            </w:r>
          </w:p>
        </w:tc>
        <w:tc>
          <w:tcPr>
            <w:tcW w:w="3081" w:type="dxa"/>
          </w:tcPr>
          <w:p w:rsidR="009E3868" w:rsidRPr="00725769" w:rsidRDefault="009E3868" w:rsidP="009E3868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-2.0 - 0</w:t>
            </w:r>
          </w:p>
        </w:tc>
      </w:tr>
    </w:tbl>
    <w:p w:rsidR="009E3868" w:rsidRPr="00D63317" w:rsidRDefault="009E3868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1770"/>
        <w:jc w:val="left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83744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2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84665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29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9DA" w:rsidRPr="00725769" w:rsidRDefault="006C10CF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</w:rPr>
      </w:pPr>
      <w:proofErr w:type="spellStart"/>
      <w:r w:rsidRPr="00725769">
        <w:rPr>
          <w:rFonts w:ascii="Times New Roman" w:eastAsia="SimSun" w:hAnsi="Times New Roman" w:cs="Times New Roman"/>
          <w:sz w:val="20"/>
          <w:szCs w:val="20"/>
        </w:rPr>
        <w:t>Покрытие</w:t>
      </w:r>
      <w:proofErr w:type="spellEnd"/>
      <w:r w:rsidRPr="00725769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Pr="00725769">
        <w:rPr>
          <w:rFonts w:ascii="Times New Roman" w:eastAsia="SimSun" w:hAnsi="Times New Roman" w:cs="Times New Roman"/>
          <w:sz w:val="20"/>
          <w:szCs w:val="20"/>
        </w:rPr>
        <w:t>промковша</w:t>
      </w:r>
      <w:proofErr w:type="spellEnd"/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133600"/>
            <wp:effectExtent l="0" t="0" r="0" b="0"/>
            <wp:docPr id="131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E779DA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E779DA" w:rsidRPr="00D63317" w:rsidRDefault="00E779DA" w:rsidP="00CF10E5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Продукт подходит для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промковша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.</w:t>
      </w:r>
    </w:p>
    <w:p w:rsidR="005F69DA" w:rsidRPr="00D63317" w:rsidRDefault="00E779DA" w:rsidP="00CF10E5">
      <w:pPr>
        <w:widowControl/>
        <w:tabs>
          <w:tab w:val="left" w:pos="840"/>
        </w:tabs>
        <w:autoSpaceDE w:val="0"/>
        <w:autoSpaceDN w:val="0"/>
        <w:ind w:right="144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6C10C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="006C10CF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Удобная конструкция, </w:t>
      </w:r>
      <w:proofErr w:type="spellStart"/>
      <w:r w:rsidR="006C10CF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антиэрозионные</w:t>
      </w:r>
      <w:proofErr w:type="spellEnd"/>
      <w:r w:rsidR="006C10CF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свойства, хорошая устойчивость к вымыванию, длительный срок службы, длительное время непрерывной разливки, и самое главное: очистка стали, которая позволяет уменьшить количество примесей внутри стали и улучшить ее качество.</w:t>
      </w:r>
    </w:p>
    <w:p w:rsidR="005F69DA" w:rsidRPr="00D63317" w:rsidRDefault="00E779DA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36"/>
        <w:gridCol w:w="2225"/>
        <w:gridCol w:w="1460"/>
      </w:tblGrid>
      <w:tr w:rsidR="00420832" w:rsidRPr="00D63317" w:rsidTr="00725769">
        <w:tc>
          <w:tcPr>
            <w:tcW w:w="3936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25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60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YYM-80</w:t>
            </w:r>
          </w:p>
        </w:tc>
      </w:tr>
      <w:tr w:rsidR="00420832" w:rsidRPr="00D63317" w:rsidTr="00725769">
        <w:tc>
          <w:tcPr>
            <w:tcW w:w="3936" w:type="dxa"/>
            <w:vMerge w:val="restart"/>
          </w:tcPr>
          <w:p w:rsidR="00420832" w:rsidRPr="00725769" w:rsidRDefault="00420832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proofErr w:type="spellEnd"/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2225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MgO</w:t>
            </w:r>
          </w:p>
        </w:tc>
        <w:tc>
          <w:tcPr>
            <w:tcW w:w="1460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&gt;70</w:t>
            </w:r>
          </w:p>
        </w:tc>
      </w:tr>
      <w:tr w:rsidR="00420832" w:rsidRPr="00D63317" w:rsidTr="00725769">
        <w:trPr>
          <w:trHeight w:val="217"/>
        </w:trPr>
        <w:tc>
          <w:tcPr>
            <w:tcW w:w="3936" w:type="dxa"/>
            <w:vMerge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25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CaO</w:t>
            </w:r>
            <w:proofErr w:type="spellEnd"/>
          </w:p>
        </w:tc>
        <w:tc>
          <w:tcPr>
            <w:tcW w:w="1460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&gt;5</w:t>
            </w:r>
          </w:p>
        </w:tc>
      </w:tr>
      <w:tr w:rsidR="00420832" w:rsidRPr="00D63317" w:rsidTr="00725769">
        <w:tc>
          <w:tcPr>
            <w:tcW w:w="3936" w:type="dxa"/>
            <w:vMerge w:val="restart"/>
          </w:tcPr>
          <w:p w:rsidR="00420832" w:rsidRPr="00725769" w:rsidRDefault="00420832" w:rsidP="00725769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Прочность на изгиб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2225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1000°C x 3h</w:t>
            </w:r>
          </w:p>
        </w:tc>
        <w:tc>
          <w:tcPr>
            <w:tcW w:w="1460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&gt;1,0</w:t>
            </w:r>
          </w:p>
        </w:tc>
      </w:tr>
      <w:tr w:rsidR="00420832" w:rsidRPr="00D63317" w:rsidTr="00725769">
        <w:tc>
          <w:tcPr>
            <w:tcW w:w="3936" w:type="dxa"/>
            <w:vMerge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25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1550°C x 3h</w:t>
            </w:r>
          </w:p>
        </w:tc>
        <w:tc>
          <w:tcPr>
            <w:tcW w:w="1460" w:type="dxa"/>
          </w:tcPr>
          <w:p w:rsidR="00420832" w:rsidRPr="00D63317" w:rsidRDefault="00420832" w:rsidP="00D133CD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&gt;4,0</w:t>
            </w:r>
          </w:p>
        </w:tc>
      </w:tr>
      <w:tr w:rsidR="00A81A66" w:rsidRPr="00D63317" w:rsidTr="00725769">
        <w:tc>
          <w:tcPr>
            <w:tcW w:w="3936" w:type="dxa"/>
            <w:vMerge w:val="restart"/>
          </w:tcPr>
          <w:p w:rsidR="00A81A66" w:rsidRPr="00D63317" w:rsidRDefault="00A81A66" w:rsidP="00A81A6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Линейные изменения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2225" w:type="dxa"/>
          </w:tcPr>
          <w:p w:rsidR="00A81A66" w:rsidRPr="00D63317" w:rsidRDefault="00A81A66" w:rsidP="00A81A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1000°C x 3h</w:t>
            </w:r>
          </w:p>
        </w:tc>
        <w:tc>
          <w:tcPr>
            <w:tcW w:w="1460" w:type="dxa"/>
          </w:tcPr>
          <w:p w:rsidR="00A81A66" w:rsidRPr="00D63317" w:rsidRDefault="00A81A66" w:rsidP="00A81A6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+0,01</w:t>
            </w:r>
          </w:p>
        </w:tc>
      </w:tr>
      <w:tr w:rsidR="00A81A66" w:rsidRPr="00D63317" w:rsidTr="00725769">
        <w:tc>
          <w:tcPr>
            <w:tcW w:w="3936" w:type="dxa"/>
            <w:vMerge/>
          </w:tcPr>
          <w:p w:rsidR="00A81A66" w:rsidRPr="00D63317" w:rsidRDefault="00A81A66" w:rsidP="00A81A6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2225" w:type="dxa"/>
          </w:tcPr>
          <w:p w:rsidR="00A81A66" w:rsidRPr="00D63317" w:rsidRDefault="00A81A66" w:rsidP="00A81A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1550°C x 3h</w:t>
            </w:r>
          </w:p>
        </w:tc>
        <w:tc>
          <w:tcPr>
            <w:tcW w:w="1460" w:type="dxa"/>
          </w:tcPr>
          <w:p w:rsidR="00A81A66" w:rsidRPr="00D63317" w:rsidRDefault="00A81A66" w:rsidP="00A81A6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/>
                <w:sz w:val="20"/>
                <w:szCs w:val="20"/>
              </w:rPr>
            </w:pPr>
            <w:r w:rsidRPr="00D63317">
              <w:rPr>
                <w:rFonts w:ascii="Times New Roman" w:eastAsia="SimSun" w:hAnsi="Times New Roman" w:cs="Times New Roman"/>
                <w:b/>
                <w:sz w:val="20"/>
                <w:szCs w:val="20"/>
              </w:rPr>
              <w:t>+0.2</w:t>
            </w:r>
          </w:p>
        </w:tc>
      </w:tr>
      <w:tr w:rsidR="00A81A66" w:rsidRPr="00D63317" w:rsidTr="00725769">
        <w:tc>
          <w:tcPr>
            <w:tcW w:w="3936" w:type="dxa"/>
            <w:vMerge w:val="restart"/>
          </w:tcPr>
          <w:p w:rsidR="00A81A66" w:rsidRPr="00D63317" w:rsidRDefault="00A81A66" w:rsidP="00A81A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Предел прочности на сжатие</w:t>
            </w:r>
            <w:r w:rsid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(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</w:rPr>
              <w:t>MPa</w:t>
            </w: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)</w:t>
            </w:r>
          </w:p>
        </w:tc>
        <w:tc>
          <w:tcPr>
            <w:tcW w:w="2225" w:type="dxa"/>
          </w:tcPr>
          <w:p w:rsidR="00A81A66" w:rsidRPr="00D63317" w:rsidRDefault="00A81A66" w:rsidP="00A81A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150°C x 16h</w:t>
            </w:r>
          </w:p>
        </w:tc>
        <w:tc>
          <w:tcPr>
            <w:tcW w:w="1460" w:type="dxa"/>
          </w:tcPr>
          <w:p w:rsidR="00A81A66" w:rsidRPr="00D63317" w:rsidRDefault="00A81A66" w:rsidP="00A81A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1,9</w:t>
            </w:r>
          </w:p>
        </w:tc>
      </w:tr>
      <w:tr w:rsidR="00A81A66" w:rsidRPr="00D63317" w:rsidTr="00725769">
        <w:tc>
          <w:tcPr>
            <w:tcW w:w="3936" w:type="dxa"/>
            <w:vMerge/>
          </w:tcPr>
          <w:p w:rsidR="00A81A66" w:rsidRPr="00D63317" w:rsidRDefault="00A81A66" w:rsidP="00A81A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2225" w:type="dxa"/>
          </w:tcPr>
          <w:p w:rsidR="00A81A66" w:rsidRPr="00D63317" w:rsidRDefault="00A81A66" w:rsidP="00A81A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hAnsi="Times New Roman" w:cs="Times New Roman"/>
                <w:sz w:val="20"/>
                <w:szCs w:val="20"/>
              </w:rPr>
              <w:t>1500°C x 3h</w:t>
            </w:r>
          </w:p>
        </w:tc>
        <w:tc>
          <w:tcPr>
            <w:tcW w:w="1460" w:type="dxa"/>
          </w:tcPr>
          <w:p w:rsidR="00A81A66" w:rsidRPr="00D63317" w:rsidRDefault="00A81A66" w:rsidP="00A81A66">
            <w:pPr>
              <w:widowControl/>
              <w:tabs>
                <w:tab w:val="left" w:pos="720"/>
              </w:tabs>
              <w:autoSpaceDE w:val="0"/>
              <w:autoSpaceDN w:val="0"/>
              <w:ind w:right="288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D63317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+1,93</w:t>
            </w:r>
          </w:p>
        </w:tc>
      </w:tr>
    </w:tbl>
    <w:p w:rsidR="00420832" w:rsidRPr="00D63317" w:rsidRDefault="00420832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2754"/>
        <w:jc w:val="left"/>
        <w:rPr>
          <w:rFonts w:ascii="Times New Roman" w:hAnsi="Times New Roman" w:cs="Times New Roman"/>
          <w:sz w:val="20"/>
          <w:szCs w:val="20"/>
        </w:rPr>
      </w:pPr>
    </w:p>
    <w:p w:rsidR="005F69DA" w:rsidRPr="00725769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725769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725769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725769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85587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33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86508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34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99F" w:rsidRPr="00725769" w:rsidRDefault="0096599F" w:rsidP="00E779DA">
      <w:pPr>
        <w:widowControl/>
        <w:autoSpaceDE w:val="0"/>
        <w:autoSpaceDN w:val="0"/>
        <w:jc w:val="center"/>
        <w:rPr>
          <w:rFonts w:ascii="Times New Roman" w:eastAsia="zCZmz5Mu+SimHei" w:hAnsi="Times New Roman" w:cs="Times New Roman"/>
          <w:sz w:val="20"/>
          <w:szCs w:val="20"/>
          <w:lang w:val="ru-RU"/>
        </w:rPr>
      </w:pPr>
      <w:r w:rsidRPr="00725769">
        <w:rPr>
          <w:rFonts w:ascii="Times New Roman" w:eastAsia="zCZmz5Mu+SimHei" w:hAnsi="Times New Roman" w:cs="Times New Roman"/>
          <w:sz w:val="20"/>
          <w:szCs w:val="20"/>
          <w:lang w:val="ru-RU"/>
        </w:rPr>
        <w:t>Углеродный безводный прессованный шлам для прессования,</w:t>
      </w:r>
    </w:p>
    <w:p w:rsidR="005F69DA" w:rsidRPr="00725769" w:rsidRDefault="0096599F" w:rsidP="00E779DA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25769">
        <w:rPr>
          <w:rFonts w:ascii="Times New Roman" w:eastAsia="zCZmz5Mu+SimHei" w:hAnsi="Times New Roman" w:cs="Times New Roman"/>
          <w:sz w:val="20"/>
          <w:szCs w:val="20"/>
          <w:lang w:val="ru-RU"/>
        </w:rPr>
        <w:t>Безводная прессовочная суспензия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306320"/>
            <wp:effectExtent l="0" t="0" r="0" b="0"/>
            <wp:docPr id="136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99F" w:rsidRPr="00D63317" w:rsidRDefault="00026EEB" w:rsidP="0096599F">
      <w:pPr>
        <w:widowControl/>
        <w:tabs>
          <w:tab w:val="left" w:pos="840"/>
        </w:tabs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="0096599F"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="0096599F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предназначен для заполнения зазора между кожухом печи и охлаждающей стенкой, а также нижней части уплотнительной плиты в нижней части печи.</w:t>
      </w:r>
    </w:p>
    <w:p w:rsidR="00026EEB" w:rsidRPr="00D63317" w:rsidRDefault="00026EEB" w:rsidP="0096599F">
      <w:pPr>
        <w:widowControl/>
        <w:tabs>
          <w:tab w:val="left" w:pos="840"/>
        </w:tabs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2. Преимущества продукции</w:t>
      </w: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96599F" w:rsidRPr="00D63317" w:rsidRDefault="0096599F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Углеродный безводный прессованный шлам</w:t>
      </w:r>
    </w:p>
    <w:p w:rsidR="005F69DA" w:rsidRDefault="0096599F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pacing w:val="2"/>
          <w:sz w:val="20"/>
          <w:szCs w:val="20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pacing w:val="2"/>
          <w:sz w:val="20"/>
          <w:szCs w:val="20"/>
        </w:rPr>
        <w:t>Физико-химические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pacing w:val="2"/>
          <w:sz w:val="20"/>
          <w:szCs w:val="20"/>
        </w:rPr>
        <w:t xml:space="preserve">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pacing w:val="2"/>
          <w:sz w:val="20"/>
          <w:szCs w:val="20"/>
        </w:rPr>
        <w:t>показатели</w:t>
      </w:r>
      <w:proofErr w:type="spellEnd"/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652"/>
        <w:gridCol w:w="1559"/>
        <w:gridCol w:w="1134"/>
        <w:gridCol w:w="1061"/>
        <w:gridCol w:w="1852"/>
      </w:tblGrid>
      <w:tr w:rsidR="009560B3" w:rsidTr="00725769">
        <w:tc>
          <w:tcPr>
            <w:tcW w:w="3652" w:type="dxa"/>
          </w:tcPr>
          <w:p w:rsidR="009560B3" w:rsidRPr="00725769" w:rsidRDefault="009560B3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</w:tcPr>
          <w:p w:rsidR="009560B3" w:rsidRPr="00725769" w:rsidRDefault="009560B3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Ед. измерения</w:t>
            </w:r>
          </w:p>
        </w:tc>
        <w:tc>
          <w:tcPr>
            <w:tcW w:w="2195" w:type="dxa"/>
            <w:gridSpan w:val="2"/>
          </w:tcPr>
          <w:p w:rsidR="00FD53DC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Обычная</w:t>
            </w:r>
            <w:proofErr w:type="spellEnd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форма</w:t>
            </w:r>
          </w:p>
        </w:tc>
        <w:tc>
          <w:tcPr>
            <w:tcW w:w="1852" w:type="dxa"/>
          </w:tcPr>
          <w:p w:rsidR="00FD53DC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Разбухшая форма</w:t>
            </w:r>
          </w:p>
        </w:tc>
      </w:tr>
      <w:tr w:rsidR="009560B3" w:rsidTr="00725769">
        <w:tc>
          <w:tcPr>
            <w:tcW w:w="3652" w:type="dxa"/>
          </w:tcPr>
          <w:p w:rsidR="00FD53DC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ru-RU"/>
              </w:rPr>
              <w:t>В</w:t>
            </w: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лажность</w:t>
            </w:r>
            <w:proofErr w:type="spellEnd"/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≤</w:t>
            </w:r>
          </w:p>
        </w:tc>
        <w:tc>
          <w:tcPr>
            <w:tcW w:w="1559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.0</w:t>
            </w:r>
          </w:p>
        </w:tc>
        <w:tc>
          <w:tcPr>
            <w:tcW w:w="1061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.0</w:t>
            </w:r>
          </w:p>
        </w:tc>
        <w:tc>
          <w:tcPr>
            <w:tcW w:w="1852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.0</w:t>
            </w:r>
          </w:p>
        </w:tc>
      </w:tr>
      <w:tr w:rsidR="009560B3" w:rsidTr="00725769">
        <w:tc>
          <w:tcPr>
            <w:tcW w:w="3652" w:type="dxa"/>
          </w:tcPr>
          <w:p w:rsidR="00ED6D16" w:rsidRPr="00725769" w:rsidRDefault="00ED6D16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ru-RU"/>
              </w:rPr>
              <w:t>В</w:t>
            </w: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ремя</w:t>
            </w:r>
            <w:proofErr w:type="spellEnd"/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отвердения</w:t>
            </w:r>
            <w:proofErr w:type="spellEnd"/>
          </w:p>
        </w:tc>
        <w:tc>
          <w:tcPr>
            <w:tcW w:w="1559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</w:p>
        </w:tc>
        <w:tc>
          <w:tcPr>
            <w:tcW w:w="1134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36-48</w:t>
            </w:r>
          </w:p>
        </w:tc>
        <w:tc>
          <w:tcPr>
            <w:tcW w:w="1061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36-48</w:t>
            </w:r>
          </w:p>
        </w:tc>
        <w:tc>
          <w:tcPr>
            <w:tcW w:w="1852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36-48</w:t>
            </w:r>
          </w:p>
        </w:tc>
      </w:tr>
      <w:tr w:rsidR="009560B3" w:rsidTr="00725769">
        <w:tc>
          <w:tcPr>
            <w:tcW w:w="3652" w:type="dxa"/>
          </w:tcPr>
          <w:p w:rsidR="00ED6D16" w:rsidRPr="00725769" w:rsidRDefault="00ED6D16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ru-RU"/>
              </w:rPr>
              <w:t>Т</w:t>
            </w: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емпература</w:t>
            </w:r>
            <w:proofErr w:type="spellEnd"/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затвердевания</w:t>
            </w:r>
            <w:proofErr w:type="spellEnd"/>
          </w:p>
        </w:tc>
        <w:tc>
          <w:tcPr>
            <w:tcW w:w="1559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°C</w:t>
            </w:r>
          </w:p>
        </w:tc>
        <w:tc>
          <w:tcPr>
            <w:tcW w:w="1134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70-80</w:t>
            </w:r>
          </w:p>
        </w:tc>
        <w:tc>
          <w:tcPr>
            <w:tcW w:w="1061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60-70</w:t>
            </w:r>
          </w:p>
        </w:tc>
        <w:tc>
          <w:tcPr>
            <w:tcW w:w="1852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60-70</w:t>
            </w:r>
          </w:p>
        </w:tc>
      </w:tr>
      <w:tr w:rsidR="00FD53DC" w:rsidTr="00725769">
        <w:tc>
          <w:tcPr>
            <w:tcW w:w="3652" w:type="dxa"/>
          </w:tcPr>
          <w:p w:rsidR="00ED6D16" w:rsidRPr="00725769" w:rsidRDefault="00ED6D16" w:rsidP="00FD53DC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</w:pP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Испытание</w:t>
            </w:r>
            <w:proofErr w:type="spellEnd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экструзионного</w:t>
            </w:r>
            <w:proofErr w:type="spellEnd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шва</w:t>
            </w:r>
            <w:proofErr w:type="spellEnd"/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≤</w:t>
            </w:r>
          </w:p>
        </w:tc>
        <w:tc>
          <w:tcPr>
            <w:tcW w:w="1559" w:type="dxa"/>
          </w:tcPr>
          <w:p w:rsidR="00FD53DC" w:rsidRPr="00725769" w:rsidRDefault="00FD53DC" w:rsidP="00FD53DC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mm</w:t>
            </w:r>
          </w:p>
        </w:tc>
        <w:tc>
          <w:tcPr>
            <w:tcW w:w="1134" w:type="dxa"/>
          </w:tcPr>
          <w:p w:rsidR="00FD53DC" w:rsidRPr="00725769" w:rsidRDefault="00FD53DC" w:rsidP="00FD53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.0</w:t>
            </w:r>
          </w:p>
        </w:tc>
        <w:tc>
          <w:tcPr>
            <w:tcW w:w="1061" w:type="dxa"/>
          </w:tcPr>
          <w:p w:rsidR="00FD53DC" w:rsidRPr="00725769" w:rsidRDefault="00FD53DC" w:rsidP="00FD53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.0</w:t>
            </w:r>
          </w:p>
        </w:tc>
        <w:tc>
          <w:tcPr>
            <w:tcW w:w="1852" w:type="dxa"/>
          </w:tcPr>
          <w:p w:rsidR="00FD53DC" w:rsidRPr="00725769" w:rsidRDefault="00FD53DC" w:rsidP="00FD53DC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.0</w:t>
            </w:r>
          </w:p>
        </w:tc>
      </w:tr>
      <w:tr w:rsidR="009560B3" w:rsidTr="00725769">
        <w:tc>
          <w:tcPr>
            <w:tcW w:w="3652" w:type="dxa"/>
          </w:tcPr>
          <w:p w:rsidR="00ED6D16" w:rsidRPr="00725769" w:rsidRDefault="00ED6D16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ru-RU"/>
              </w:rPr>
            </w:pPr>
            <w:r w:rsidRPr="00725769"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  <w:t>Скорость изменения объема≤</w:t>
            </w:r>
          </w:p>
          <w:p w:rsidR="00ED6D16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150°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C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x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 16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725769"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1559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</w:p>
        </w:tc>
        <w:tc>
          <w:tcPr>
            <w:tcW w:w="1134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-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.0</w:t>
            </w:r>
          </w:p>
        </w:tc>
        <w:tc>
          <w:tcPr>
            <w:tcW w:w="1061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-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.0</w:t>
            </w:r>
          </w:p>
        </w:tc>
        <w:tc>
          <w:tcPr>
            <w:tcW w:w="1852" w:type="dxa"/>
          </w:tcPr>
          <w:p w:rsidR="009560B3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eastAsia="Microsoft YaHei" w:hAnsi="Times New Roman" w:cs="Times New Roman"/>
                <w:bCs/>
                <w:sz w:val="20"/>
                <w:szCs w:val="20"/>
              </w:rPr>
            </w:pPr>
            <w:r w:rsidRPr="00725769">
              <w:rPr>
                <w:rFonts w:ascii="Times New Roman" w:eastAsia="Microsoft YaHei" w:hAnsi="Times New Roman" w:cs="Times New Roman"/>
                <w:bCs/>
                <w:sz w:val="20"/>
                <w:szCs w:val="20"/>
              </w:rPr>
              <w:t>（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50°C x 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50</w:t>
            </w:r>
            <w:r w:rsidRPr="00725769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725769">
              <w:rPr>
                <w:rFonts w:ascii="Times New Roman" w:eastAsia="Microsoft YaHei" w:hAnsi="Times New Roman" w:cs="Times New Roman"/>
                <w:bCs/>
                <w:sz w:val="20"/>
                <w:szCs w:val="20"/>
              </w:rPr>
              <w:t>）</w:t>
            </w:r>
          </w:p>
          <w:p w:rsidR="00FD53DC" w:rsidRPr="00725769" w:rsidRDefault="00FD53DC" w:rsidP="00CF10E5">
            <w:pPr>
              <w:widowControl/>
              <w:autoSpaceDE w:val="0"/>
              <w:autoSpaceDN w:val="0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  <w:t>0+0.2</w:t>
            </w:r>
          </w:p>
        </w:tc>
      </w:tr>
    </w:tbl>
    <w:p w:rsidR="009560B3" w:rsidRPr="00D63317" w:rsidRDefault="009560B3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3940"/>
        <w:jc w:val="left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42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87430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38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88352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39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9DA" w:rsidRPr="00725769" w:rsidRDefault="00026EEB" w:rsidP="00CF10E5">
      <w:pPr>
        <w:widowControl/>
        <w:autoSpaceDE w:val="0"/>
        <w:autoSpaceDN w:val="0"/>
        <w:ind w:right="3942"/>
        <w:jc w:val="right"/>
        <w:rPr>
          <w:rFonts w:ascii="Times New Roman" w:eastAsia="SimSun" w:hAnsi="Times New Roman" w:cs="Times New Roman"/>
          <w:sz w:val="20"/>
          <w:szCs w:val="20"/>
        </w:rPr>
      </w:pPr>
      <w:proofErr w:type="spellStart"/>
      <w:r w:rsidRPr="00725769">
        <w:rPr>
          <w:rFonts w:ascii="Times New Roman" w:eastAsia="SimSun" w:hAnsi="Times New Roman" w:cs="Times New Roman"/>
          <w:sz w:val="20"/>
          <w:szCs w:val="20"/>
        </w:rPr>
        <w:t>Карбонизированная</w:t>
      </w:r>
      <w:proofErr w:type="spellEnd"/>
      <w:r w:rsidRPr="00725769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Pr="00725769">
        <w:rPr>
          <w:rFonts w:ascii="Times New Roman" w:eastAsia="SimSun" w:hAnsi="Times New Roman" w:cs="Times New Roman"/>
          <w:sz w:val="20"/>
          <w:szCs w:val="20"/>
        </w:rPr>
        <w:t>рисовая</w:t>
      </w:r>
      <w:proofErr w:type="spellEnd"/>
      <w:r w:rsidRPr="00725769">
        <w:rPr>
          <w:rFonts w:ascii="Times New Roman" w:eastAsia="SimSun" w:hAnsi="Times New Roman" w:cs="Times New Roman"/>
          <w:sz w:val="20"/>
          <w:szCs w:val="20"/>
        </w:rPr>
        <w:t xml:space="preserve"> </w:t>
      </w:r>
      <w:proofErr w:type="spellStart"/>
      <w:r w:rsidRPr="00725769">
        <w:rPr>
          <w:rFonts w:ascii="Times New Roman" w:eastAsia="SimSun" w:hAnsi="Times New Roman" w:cs="Times New Roman"/>
          <w:sz w:val="20"/>
          <w:szCs w:val="20"/>
        </w:rPr>
        <w:t>шелуха</w:t>
      </w:r>
      <w:proofErr w:type="spellEnd"/>
    </w:p>
    <w:p w:rsidR="005F69DA" w:rsidRPr="00D63317" w:rsidRDefault="00870DEF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306320"/>
            <wp:effectExtent l="0" t="0" r="0" b="0"/>
            <wp:docPr id="141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026EEB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026EEB" w:rsidRPr="00D63317" w:rsidRDefault="00026EEB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Продукт пригоден для использования в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ферроцементных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резервуарах.</w:t>
      </w:r>
    </w:p>
    <w:p w:rsidR="005F69DA" w:rsidRPr="00D63317" w:rsidRDefault="00026EEB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026EEB" w:rsidRPr="00D63317" w:rsidRDefault="00026EEB" w:rsidP="00CF10E5">
      <w:pPr>
        <w:widowControl/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Легкий вес, низкая теплопроводность, хорошая теплоизоляция.</w:t>
      </w:r>
    </w:p>
    <w:p w:rsidR="005F69DA" w:rsidRPr="00D63317" w:rsidRDefault="00026EEB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36"/>
        <w:gridCol w:w="992"/>
        <w:gridCol w:w="526"/>
      </w:tblGrid>
      <w:tr w:rsidR="00A81A66" w:rsidRPr="00D63317" w:rsidTr="00725769">
        <w:tc>
          <w:tcPr>
            <w:tcW w:w="3936" w:type="dxa"/>
          </w:tcPr>
          <w:p w:rsidR="00A81A66" w:rsidRPr="00725769" w:rsidRDefault="00A81A66" w:rsidP="00A81A66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proofErr w:type="spellStart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Химический</w:t>
            </w:r>
            <w:proofErr w:type="spellEnd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состав</w:t>
            </w:r>
            <w:proofErr w:type="spellEnd"/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（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r w:rsidRPr="00725769">
              <w:rPr>
                <w:rFonts w:ascii="Times New Roman" w:hAnsi="Times New Roman" w:cs="Times New Roman"/>
                <w:sz w:val="20"/>
                <w:szCs w:val="20"/>
              </w:rPr>
              <w:t>）</w:t>
            </w:r>
          </w:p>
        </w:tc>
        <w:tc>
          <w:tcPr>
            <w:tcW w:w="992" w:type="dxa"/>
          </w:tcPr>
          <w:p w:rsidR="00A81A66" w:rsidRPr="00725769" w:rsidRDefault="00A81A66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425" w:type="dxa"/>
          </w:tcPr>
          <w:p w:rsidR="00A81A66" w:rsidRPr="00725769" w:rsidRDefault="00A81A66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≥</w:t>
            </w: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30</w:t>
            </w:r>
          </w:p>
        </w:tc>
      </w:tr>
      <w:tr w:rsidR="00A81A66" w:rsidRPr="00D63317" w:rsidTr="00725769">
        <w:tc>
          <w:tcPr>
            <w:tcW w:w="3936" w:type="dxa"/>
          </w:tcPr>
          <w:p w:rsidR="00E12810" w:rsidRPr="00725769" w:rsidRDefault="00E12810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П</w:t>
            </w:r>
            <w:r w:rsidRPr="0072576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роцент содержания воды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17" w:type="dxa"/>
            <w:gridSpan w:val="2"/>
          </w:tcPr>
          <w:p w:rsidR="00A81A66" w:rsidRPr="00725769" w:rsidRDefault="00A81A66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≤</w:t>
            </w: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5</w:t>
            </w:r>
          </w:p>
        </w:tc>
      </w:tr>
      <w:tr w:rsidR="00A81A66" w:rsidRPr="00D63317" w:rsidTr="00725769">
        <w:tc>
          <w:tcPr>
            <w:tcW w:w="3936" w:type="dxa"/>
          </w:tcPr>
          <w:p w:rsidR="00E12810" w:rsidRPr="00725769" w:rsidRDefault="00E12810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Потеря при прокаливании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（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%</w:t>
            </w: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）</w:t>
            </w:r>
          </w:p>
        </w:tc>
        <w:tc>
          <w:tcPr>
            <w:tcW w:w="1417" w:type="dxa"/>
            <w:gridSpan w:val="2"/>
          </w:tcPr>
          <w:p w:rsidR="00A81A66" w:rsidRPr="00725769" w:rsidRDefault="00A81A66" w:rsidP="00CF10E5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</w:pPr>
            <w:r w:rsidRPr="00725769"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40</w:t>
            </w: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±</w:t>
            </w:r>
            <w:r w:rsidRPr="00725769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5</w:t>
            </w:r>
          </w:p>
        </w:tc>
      </w:tr>
    </w:tbl>
    <w:p w:rsidR="00A81A66" w:rsidRPr="00D63317" w:rsidRDefault="00A81A66" w:rsidP="00CF10E5">
      <w:pPr>
        <w:widowControl/>
        <w:autoSpaceDE w:val="0"/>
        <w:autoSpaceDN w:val="0"/>
        <w:jc w:val="left"/>
        <w:rPr>
          <w:rFonts w:ascii="Times New Roman" w:eastAsia="SimSun" w:hAnsi="Times New Roman" w:cs="Times New Roman"/>
          <w:b/>
          <w:sz w:val="20"/>
          <w:szCs w:val="20"/>
        </w:rPr>
      </w:pPr>
    </w:p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282" w:space="0"/>
          </w:cols>
          <w:docGrid w:linePitch="360"/>
        </w:sectPr>
      </w:pPr>
    </w:p>
    <w:p w:rsidR="00533347" w:rsidRPr="00725769" w:rsidRDefault="00870DEF" w:rsidP="00725769">
      <w:pPr>
        <w:widowControl/>
        <w:autoSpaceDE w:val="0"/>
        <w:autoSpaceDN w:val="0"/>
        <w:rPr>
          <w:rFonts w:ascii="Times New Roman" w:hAnsi="Times New Roman" w:cs="Times New Roman" w:hint="eastAsia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8927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4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90195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44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4680" w:rsidRPr="00725769" w:rsidRDefault="00026EEB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725769">
        <w:rPr>
          <w:rFonts w:ascii="Times New Roman" w:eastAsia="SimSun" w:hAnsi="Times New Roman" w:cs="Times New Roman"/>
          <w:sz w:val="20"/>
          <w:szCs w:val="20"/>
          <w:lang w:val="ru-RU"/>
        </w:rPr>
        <w:t xml:space="preserve"> Неформованные огнеупоры для нагревательной печи сталепрокатной системы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857500"/>
            <wp:effectExtent l="0" t="0" r="0" b="0"/>
            <wp:docPr id="14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C80116" w:rsidP="00C80116">
      <w:pPr>
        <w:widowControl/>
        <w:tabs>
          <w:tab w:val="left" w:pos="840"/>
        </w:tabs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Продукт подходит для обертывания днища, стен, крыши и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водоохлаждаемых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колонн.</w:t>
      </w:r>
    </w:p>
    <w:p w:rsidR="00C80116" w:rsidRPr="00D63317" w:rsidRDefault="00C80116" w:rsidP="00C80116">
      <w:pPr>
        <w:widowControl/>
        <w:tabs>
          <w:tab w:val="left" w:pos="840"/>
        </w:tabs>
        <w:autoSpaceDE w:val="0"/>
        <w:autoSpaceDN w:val="0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Отличные строительные характеристики, хорошая устойчивость к выщелачиванию шлака, образованию сколов и потенциальная сейсмоустойчивость, а также пригодность для использования в печах с равномерным нагревом и </w:t>
      </w:r>
      <w:proofErr w:type="gram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т.д..</w:t>
      </w:r>
      <w:proofErr w:type="gramEnd"/>
    </w:p>
    <w:p w:rsidR="002571B9" w:rsidRDefault="00C80116" w:rsidP="00C80116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11092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850"/>
        <w:gridCol w:w="709"/>
        <w:gridCol w:w="850"/>
        <w:gridCol w:w="709"/>
        <w:gridCol w:w="992"/>
        <w:gridCol w:w="938"/>
        <w:gridCol w:w="814"/>
        <w:gridCol w:w="808"/>
        <w:gridCol w:w="1126"/>
        <w:gridCol w:w="1061"/>
      </w:tblGrid>
      <w:tr w:rsidR="007753F5" w:rsidTr="007753F5">
        <w:tc>
          <w:tcPr>
            <w:tcW w:w="1384" w:type="dxa"/>
            <w:vMerge w:val="restart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r w:rsidRPr="007F224A">
              <w:rPr>
                <w:sz w:val="16"/>
                <w:szCs w:val="16"/>
                <w:lang w:val="ru-RU"/>
              </w:rPr>
              <w:t>Наименование</w:t>
            </w:r>
          </w:p>
        </w:tc>
        <w:tc>
          <w:tcPr>
            <w:tcW w:w="851" w:type="dxa"/>
            <w:vMerge w:val="restart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r w:rsidRPr="007F224A">
              <w:rPr>
                <w:sz w:val="16"/>
                <w:szCs w:val="16"/>
                <w:lang w:val="ru-RU"/>
              </w:rPr>
              <w:t>Марка</w:t>
            </w:r>
          </w:p>
        </w:tc>
        <w:tc>
          <w:tcPr>
            <w:tcW w:w="3118" w:type="dxa"/>
            <w:gridSpan w:val="4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proofErr w:type="spellStart"/>
            <w:r w:rsidRPr="007F224A">
              <w:rPr>
                <w:sz w:val="16"/>
                <w:szCs w:val="16"/>
              </w:rPr>
              <w:t>Химический</w:t>
            </w:r>
            <w:proofErr w:type="spellEnd"/>
            <w:r w:rsidRPr="007F224A">
              <w:rPr>
                <w:sz w:val="16"/>
                <w:szCs w:val="16"/>
              </w:rPr>
              <w:t xml:space="preserve"> </w:t>
            </w:r>
            <w:proofErr w:type="spellStart"/>
            <w:r w:rsidRPr="007F224A">
              <w:rPr>
                <w:sz w:val="16"/>
                <w:szCs w:val="16"/>
              </w:rPr>
              <w:t>состав</w:t>
            </w:r>
            <w:proofErr w:type="spellEnd"/>
            <w:r w:rsidRPr="007F224A">
              <w:rPr>
                <w:sz w:val="16"/>
                <w:szCs w:val="16"/>
              </w:rPr>
              <w:t>（</w:t>
            </w:r>
            <w:r w:rsidRPr="007F224A">
              <w:rPr>
                <w:sz w:val="16"/>
                <w:szCs w:val="16"/>
              </w:rPr>
              <w:t>%</w:t>
            </w:r>
            <w:r w:rsidRPr="007F224A">
              <w:rPr>
                <w:sz w:val="16"/>
                <w:szCs w:val="16"/>
              </w:rPr>
              <w:t>）</w:t>
            </w:r>
          </w:p>
        </w:tc>
        <w:tc>
          <w:tcPr>
            <w:tcW w:w="1930" w:type="dxa"/>
            <w:gridSpan w:val="2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r w:rsidRPr="007F224A">
              <w:rPr>
                <w:sz w:val="16"/>
                <w:szCs w:val="16"/>
                <w:lang w:val="ru-RU"/>
              </w:rPr>
              <w:t>Прочность на изгиб</w:t>
            </w:r>
            <w:r w:rsidRPr="007F224A">
              <w:rPr>
                <w:sz w:val="16"/>
                <w:szCs w:val="16"/>
                <w:lang w:val="ru-RU"/>
              </w:rPr>
              <w:t>（</w:t>
            </w:r>
            <w:r w:rsidRPr="007F224A">
              <w:rPr>
                <w:sz w:val="16"/>
                <w:szCs w:val="16"/>
              </w:rPr>
              <w:t>MPa</w:t>
            </w:r>
            <w:r w:rsidRPr="007F224A">
              <w:rPr>
                <w:sz w:val="16"/>
                <w:szCs w:val="16"/>
                <w:lang w:val="ru-RU"/>
              </w:rPr>
              <w:t>）</w:t>
            </w:r>
          </w:p>
        </w:tc>
        <w:tc>
          <w:tcPr>
            <w:tcW w:w="1622" w:type="dxa"/>
            <w:gridSpan w:val="2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r w:rsidRPr="007F224A">
              <w:rPr>
                <w:rFonts w:eastAsia="SimSun"/>
                <w:sz w:val="16"/>
                <w:szCs w:val="16"/>
                <w:lang w:val="ru-RU"/>
              </w:rPr>
              <w:t>Предел прочности на сжатие</w:t>
            </w:r>
            <w:r w:rsidR="00725769">
              <w:rPr>
                <w:rFonts w:eastAsia="SimSun"/>
                <w:sz w:val="16"/>
                <w:szCs w:val="16"/>
                <w:lang w:val="ru-RU"/>
              </w:rPr>
              <w:t xml:space="preserve"> </w:t>
            </w:r>
            <w:r w:rsidRPr="007F224A">
              <w:rPr>
                <w:rFonts w:eastAsia="SimSun"/>
                <w:sz w:val="16"/>
                <w:szCs w:val="16"/>
                <w:lang w:val="ru-RU"/>
              </w:rPr>
              <w:t>(</w:t>
            </w:r>
            <w:r w:rsidRPr="007F224A">
              <w:rPr>
                <w:rFonts w:eastAsia="SimSun"/>
                <w:sz w:val="16"/>
                <w:szCs w:val="16"/>
              </w:rPr>
              <w:t>MPa</w:t>
            </w:r>
            <w:r w:rsidRPr="007F224A">
              <w:rPr>
                <w:rFonts w:eastAsia="SimSun"/>
                <w:sz w:val="16"/>
                <w:szCs w:val="16"/>
                <w:lang w:val="ru-RU"/>
              </w:rPr>
              <w:t>)</w:t>
            </w:r>
          </w:p>
        </w:tc>
        <w:tc>
          <w:tcPr>
            <w:tcW w:w="1126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r w:rsidRPr="007F224A">
              <w:rPr>
                <w:rFonts w:eastAsia="SimSun"/>
                <w:sz w:val="16"/>
                <w:szCs w:val="16"/>
                <w:lang w:val="ru-RU"/>
              </w:rPr>
              <w:t>Линейные изменения</w:t>
            </w:r>
            <w:r w:rsidRPr="007F224A">
              <w:rPr>
                <w:rFonts w:eastAsia="SimSun"/>
                <w:sz w:val="16"/>
                <w:szCs w:val="16"/>
                <w:lang w:val="ru-RU"/>
              </w:rPr>
              <w:t>（</w:t>
            </w:r>
            <w:r w:rsidRPr="007F224A">
              <w:rPr>
                <w:rFonts w:eastAsia="SimSun"/>
                <w:sz w:val="16"/>
                <w:szCs w:val="16"/>
                <w:lang w:val="ru-RU"/>
              </w:rPr>
              <w:t>%</w:t>
            </w:r>
            <w:r w:rsidRPr="007F224A">
              <w:rPr>
                <w:rFonts w:eastAsia="SimSun"/>
                <w:sz w:val="16"/>
                <w:szCs w:val="16"/>
                <w:lang w:val="ru-RU"/>
              </w:rPr>
              <w:t>）</w:t>
            </w:r>
          </w:p>
        </w:tc>
        <w:tc>
          <w:tcPr>
            <w:tcW w:w="1061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r w:rsidRPr="007F224A">
              <w:rPr>
                <w:sz w:val="16"/>
                <w:szCs w:val="16"/>
                <w:lang w:val="ru-RU"/>
              </w:rPr>
              <w:t>Безопасная рабочая температура</w:t>
            </w:r>
          </w:p>
        </w:tc>
      </w:tr>
      <w:tr w:rsidR="007753F5" w:rsidTr="007753F5">
        <w:tc>
          <w:tcPr>
            <w:tcW w:w="1384" w:type="dxa"/>
            <w:vMerge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</w:p>
        </w:tc>
        <w:tc>
          <w:tcPr>
            <w:tcW w:w="851" w:type="dxa"/>
            <w:vMerge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</w:p>
        </w:tc>
        <w:tc>
          <w:tcPr>
            <w:tcW w:w="850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</w:rPr>
            </w:pPr>
            <w:r w:rsidRPr="007F224A">
              <w:rPr>
                <w:sz w:val="16"/>
                <w:szCs w:val="16"/>
              </w:rPr>
              <w:t>Al2O3</w:t>
            </w:r>
          </w:p>
        </w:tc>
        <w:tc>
          <w:tcPr>
            <w:tcW w:w="709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</w:rPr>
            </w:pPr>
            <w:r w:rsidRPr="007F224A">
              <w:rPr>
                <w:sz w:val="16"/>
                <w:szCs w:val="16"/>
              </w:rPr>
              <w:t>SiO2</w:t>
            </w:r>
          </w:p>
        </w:tc>
        <w:tc>
          <w:tcPr>
            <w:tcW w:w="850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</w:rPr>
            </w:pPr>
            <w:r w:rsidRPr="007F224A">
              <w:rPr>
                <w:sz w:val="16"/>
                <w:szCs w:val="16"/>
              </w:rPr>
              <w:t>Fe2O3</w:t>
            </w:r>
          </w:p>
        </w:tc>
        <w:tc>
          <w:tcPr>
            <w:tcW w:w="709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</w:rPr>
            </w:pPr>
            <w:r w:rsidRPr="007F224A">
              <w:rPr>
                <w:sz w:val="16"/>
                <w:szCs w:val="16"/>
              </w:rPr>
              <w:t>MgO</w:t>
            </w:r>
          </w:p>
        </w:tc>
        <w:tc>
          <w:tcPr>
            <w:tcW w:w="992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r w:rsidRPr="007F224A">
              <w:rPr>
                <w:sz w:val="16"/>
                <w:szCs w:val="16"/>
              </w:rPr>
              <w:t>1</w:t>
            </w:r>
            <w:r w:rsidRPr="007F224A">
              <w:rPr>
                <w:sz w:val="16"/>
                <w:szCs w:val="16"/>
                <w:lang w:val="ru-RU"/>
              </w:rPr>
              <w:t>10</w:t>
            </w:r>
            <w:r w:rsidRPr="007F224A">
              <w:rPr>
                <w:sz w:val="16"/>
                <w:szCs w:val="16"/>
              </w:rPr>
              <w:t xml:space="preserve">°C x </w:t>
            </w:r>
            <w:r w:rsidRPr="007F224A">
              <w:rPr>
                <w:sz w:val="16"/>
                <w:szCs w:val="16"/>
                <w:lang w:val="ru-RU"/>
              </w:rPr>
              <w:t>24</w:t>
            </w:r>
            <w:r w:rsidRPr="007F224A">
              <w:rPr>
                <w:sz w:val="16"/>
                <w:szCs w:val="16"/>
              </w:rPr>
              <w:t>h</w:t>
            </w:r>
          </w:p>
        </w:tc>
        <w:tc>
          <w:tcPr>
            <w:tcW w:w="938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</w:p>
        </w:tc>
        <w:tc>
          <w:tcPr>
            <w:tcW w:w="814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r w:rsidRPr="007F224A">
              <w:rPr>
                <w:sz w:val="16"/>
                <w:szCs w:val="16"/>
              </w:rPr>
              <w:t>1</w:t>
            </w:r>
            <w:r w:rsidRPr="007F224A">
              <w:rPr>
                <w:sz w:val="16"/>
                <w:szCs w:val="16"/>
                <w:lang w:val="ru-RU"/>
              </w:rPr>
              <w:t>10</w:t>
            </w:r>
            <w:r w:rsidRPr="007F224A">
              <w:rPr>
                <w:sz w:val="16"/>
                <w:szCs w:val="16"/>
              </w:rPr>
              <w:t xml:space="preserve">°C x </w:t>
            </w:r>
            <w:r w:rsidRPr="007F224A">
              <w:rPr>
                <w:sz w:val="16"/>
                <w:szCs w:val="16"/>
                <w:lang w:val="ru-RU"/>
              </w:rPr>
              <w:t>24</w:t>
            </w:r>
            <w:r w:rsidRPr="007F224A">
              <w:rPr>
                <w:sz w:val="16"/>
                <w:szCs w:val="16"/>
              </w:rPr>
              <w:t>h</w:t>
            </w:r>
          </w:p>
        </w:tc>
        <w:tc>
          <w:tcPr>
            <w:tcW w:w="808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</w:p>
        </w:tc>
        <w:tc>
          <w:tcPr>
            <w:tcW w:w="1126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</w:rPr>
            </w:pPr>
            <w:r w:rsidRPr="007F224A">
              <w:rPr>
                <w:sz w:val="16"/>
                <w:szCs w:val="16"/>
              </w:rPr>
              <w:t>%</w:t>
            </w:r>
          </w:p>
        </w:tc>
        <w:tc>
          <w:tcPr>
            <w:tcW w:w="1061" w:type="dxa"/>
          </w:tcPr>
          <w:p w:rsidR="007753F5" w:rsidRPr="007F224A" w:rsidRDefault="007753F5" w:rsidP="007753F5">
            <w:pPr>
              <w:pStyle w:val="a8"/>
              <w:rPr>
                <w:sz w:val="16"/>
                <w:szCs w:val="16"/>
                <w:lang w:val="ru-RU"/>
              </w:rPr>
            </w:pPr>
            <w:r w:rsidRPr="007F224A">
              <w:rPr>
                <w:sz w:val="16"/>
                <w:szCs w:val="16"/>
              </w:rPr>
              <w:t>°C</w:t>
            </w:r>
          </w:p>
        </w:tc>
      </w:tr>
      <w:tr w:rsidR="007753F5" w:rsidTr="007753F5">
        <w:tc>
          <w:tcPr>
            <w:tcW w:w="1384" w:type="dxa"/>
          </w:tcPr>
          <w:p w:rsidR="00B81963" w:rsidRPr="007F224A" w:rsidRDefault="00B81963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B81963">
              <w:rPr>
                <w:sz w:val="14"/>
                <w:szCs w:val="14"/>
                <w:lang w:val="ru-RU"/>
              </w:rPr>
              <w:t>Обожженный глинистый материал</w:t>
            </w:r>
          </w:p>
        </w:tc>
        <w:tc>
          <w:tcPr>
            <w:tcW w:w="851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rFonts w:hint="eastAsia"/>
                <w:sz w:val="14"/>
                <w:szCs w:val="14"/>
                <w:lang w:val="ru-RU"/>
              </w:rPr>
              <w:t>CN</w:t>
            </w:r>
            <w:r w:rsidRPr="007F224A">
              <w:rPr>
                <w:sz w:val="14"/>
                <w:szCs w:val="14"/>
              </w:rPr>
              <w:t>-42</w:t>
            </w:r>
          </w:p>
        </w:tc>
        <w:tc>
          <w:tcPr>
            <w:tcW w:w="850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≥42</w:t>
            </w:r>
          </w:p>
        </w:tc>
        <w:tc>
          <w:tcPr>
            <w:tcW w:w="709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0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&lt;1.0</w:t>
            </w:r>
          </w:p>
        </w:tc>
        <w:tc>
          <w:tcPr>
            <w:tcW w:w="709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&gt;11</w:t>
            </w:r>
          </w:p>
        </w:tc>
        <w:tc>
          <w:tcPr>
            <w:tcW w:w="938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7F224A">
              <w:rPr>
                <w:sz w:val="14"/>
                <w:szCs w:val="14"/>
              </w:rPr>
              <w:t>12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3h&gt;8</w:t>
            </w:r>
          </w:p>
        </w:tc>
        <w:tc>
          <w:tcPr>
            <w:tcW w:w="814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&gt;72</w:t>
            </w:r>
          </w:p>
        </w:tc>
        <w:tc>
          <w:tcPr>
            <w:tcW w:w="808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7F224A">
              <w:rPr>
                <w:sz w:val="14"/>
                <w:szCs w:val="14"/>
              </w:rPr>
              <w:t>12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</w:t>
            </w:r>
            <w:r w:rsidRPr="007F224A">
              <w:rPr>
                <w:sz w:val="14"/>
                <w:szCs w:val="14"/>
              </w:rPr>
              <w:t>55</w:t>
            </w:r>
          </w:p>
        </w:tc>
        <w:tc>
          <w:tcPr>
            <w:tcW w:w="1126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7F224A">
              <w:rPr>
                <w:sz w:val="14"/>
                <w:szCs w:val="14"/>
              </w:rPr>
              <w:t>12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-0.1</w:t>
            </w:r>
          </w:p>
        </w:tc>
        <w:tc>
          <w:tcPr>
            <w:tcW w:w="1061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7F224A">
              <w:rPr>
                <w:sz w:val="14"/>
                <w:szCs w:val="14"/>
              </w:rPr>
              <w:t>14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 xml:space="preserve">0°C </w:t>
            </w:r>
          </w:p>
        </w:tc>
      </w:tr>
      <w:tr w:rsidR="007753F5" w:rsidTr="007753F5">
        <w:tc>
          <w:tcPr>
            <w:tcW w:w="1384" w:type="dxa"/>
          </w:tcPr>
          <w:p w:rsidR="00B81963" w:rsidRPr="007F224A" w:rsidRDefault="00B81963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B81963">
              <w:rPr>
                <w:sz w:val="14"/>
                <w:szCs w:val="14"/>
                <w:lang w:val="ru-RU"/>
              </w:rPr>
              <w:t>Высокоглиноземистые обожженные материалы</w:t>
            </w:r>
          </w:p>
        </w:tc>
        <w:tc>
          <w:tcPr>
            <w:tcW w:w="851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CL-58</w:t>
            </w:r>
          </w:p>
        </w:tc>
        <w:tc>
          <w:tcPr>
            <w:tcW w:w="850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&gt;61</w:t>
            </w:r>
          </w:p>
        </w:tc>
        <w:tc>
          <w:tcPr>
            <w:tcW w:w="709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0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&lt;1.4</w:t>
            </w:r>
          </w:p>
        </w:tc>
        <w:tc>
          <w:tcPr>
            <w:tcW w:w="709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&gt;11</w:t>
            </w:r>
          </w:p>
        </w:tc>
        <w:tc>
          <w:tcPr>
            <w:tcW w:w="938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&gt;8.5</w:t>
            </w:r>
          </w:p>
        </w:tc>
        <w:tc>
          <w:tcPr>
            <w:tcW w:w="814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≥72</w:t>
            </w:r>
          </w:p>
        </w:tc>
        <w:tc>
          <w:tcPr>
            <w:tcW w:w="808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≥65</w:t>
            </w:r>
          </w:p>
        </w:tc>
        <w:tc>
          <w:tcPr>
            <w:tcW w:w="1126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7F224A">
              <w:rPr>
                <w:sz w:val="14"/>
                <w:szCs w:val="14"/>
              </w:rPr>
              <w:t>12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 w:rsidR="007F224A">
              <w:rPr>
                <w:sz w:val="14"/>
                <w:szCs w:val="14"/>
              </w:rPr>
              <w:t xml:space="preserve"> 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+0.45</w:t>
            </w:r>
          </w:p>
        </w:tc>
        <w:tc>
          <w:tcPr>
            <w:tcW w:w="1061" w:type="dxa"/>
          </w:tcPr>
          <w:p w:rsidR="007753F5" w:rsidRPr="007F224A" w:rsidRDefault="007753F5" w:rsidP="007753F5">
            <w:pPr>
              <w:pStyle w:val="a8"/>
              <w:rPr>
                <w:sz w:val="14"/>
                <w:szCs w:val="14"/>
                <w:lang w:val="ru-RU"/>
              </w:rPr>
            </w:pPr>
            <w:r w:rsidRPr="007F224A">
              <w:rPr>
                <w:sz w:val="14"/>
                <w:szCs w:val="14"/>
              </w:rPr>
              <w:t>1580°C</w:t>
            </w:r>
          </w:p>
        </w:tc>
      </w:tr>
      <w:tr w:rsidR="007F224A" w:rsidTr="007753F5">
        <w:tc>
          <w:tcPr>
            <w:tcW w:w="1384" w:type="dxa"/>
            <w:vMerge w:val="restart"/>
          </w:tcPr>
          <w:p w:rsidR="00B81963" w:rsidRPr="00B81963" w:rsidRDefault="00B81963" w:rsidP="007753F5">
            <w:pPr>
              <w:pStyle w:val="a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B8196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Низкоцементный</w:t>
            </w:r>
            <w:proofErr w:type="spellEnd"/>
            <w:r w:rsidRPr="00B81963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обожженный материал</w:t>
            </w:r>
          </w:p>
        </w:tc>
        <w:tc>
          <w:tcPr>
            <w:tcW w:w="851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YND-1</w:t>
            </w:r>
          </w:p>
        </w:tc>
        <w:tc>
          <w:tcPr>
            <w:tcW w:w="850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≥45</w:t>
            </w:r>
          </w:p>
        </w:tc>
        <w:tc>
          <w:tcPr>
            <w:tcW w:w="709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0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&lt;1.5</w:t>
            </w:r>
          </w:p>
        </w:tc>
        <w:tc>
          <w:tcPr>
            <w:tcW w:w="709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≥8</w:t>
            </w:r>
          </w:p>
        </w:tc>
        <w:tc>
          <w:tcPr>
            <w:tcW w:w="938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11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≥10</w:t>
            </w:r>
          </w:p>
        </w:tc>
        <w:tc>
          <w:tcPr>
            <w:tcW w:w="814" w:type="dxa"/>
          </w:tcPr>
          <w:p w:rsidR="007F224A" w:rsidRPr="007F224A" w:rsidRDefault="007F224A" w:rsidP="007753F5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≥40</w:t>
            </w:r>
          </w:p>
        </w:tc>
        <w:tc>
          <w:tcPr>
            <w:tcW w:w="808" w:type="dxa"/>
          </w:tcPr>
          <w:p w:rsidR="007F224A" w:rsidRPr="007F224A" w:rsidRDefault="007F224A" w:rsidP="007753F5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sz w:val="14"/>
                <w:szCs w:val="14"/>
              </w:rPr>
              <w:t>11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</w:t>
            </w:r>
            <w:r w:rsidRPr="007F224A">
              <w:rPr>
                <w:sz w:val="14"/>
                <w:szCs w:val="14"/>
              </w:rPr>
              <w:t>55</w:t>
            </w:r>
          </w:p>
        </w:tc>
        <w:tc>
          <w:tcPr>
            <w:tcW w:w="1126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15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+0.12</w:t>
            </w:r>
          </w:p>
        </w:tc>
        <w:tc>
          <w:tcPr>
            <w:tcW w:w="1061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1600</w:t>
            </w:r>
          </w:p>
        </w:tc>
      </w:tr>
      <w:tr w:rsidR="007F224A" w:rsidTr="007753F5">
        <w:tc>
          <w:tcPr>
            <w:tcW w:w="1384" w:type="dxa"/>
            <w:vMerge/>
          </w:tcPr>
          <w:p w:rsidR="007F224A" w:rsidRPr="00B81963" w:rsidRDefault="007F224A" w:rsidP="007753F5">
            <w:pPr>
              <w:pStyle w:val="a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YND-2</w:t>
            </w:r>
          </w:p>
        </w:tc>
        <w:tc>
          <w:tcPr>
            <w:tcW w:w="850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≥70</w:t>
            </w:r>
          </w:p>
        </w:tc>
        <w:tc>
          <w:tcPr>
            <w:tcW w:w="709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0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&lt;1.5</w:t>
            </w:r>
          </w:p>
        </w:tc>
        <w:tc>
          <w:tcPr>
            <w:tcW w:w="709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≥10</w:t>
            </w:r>
          </w:p>
        </w:tc>
        <w:tc>
          <w:tcPr>
            <w:tcW w:w="938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15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≥14</w:t>
            </w:r>
          </w:p>
        </w:tc>
        <w:tc>
          <w:tcPr>
            <w:tcW w:w="814" w:type="dxa"/>
          </w:tcPr>
          <w:p w:rsidR="007F224A" w:rsidRPr="007F224A" w:rsidRDefault="007F224A" w:rsidP="007753F5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≥7</w:t>
            </w:r>
          </w:p>
        </w:tc>
        <w:tc>
          <w:tcPr>
            <w:tcW w:w="808" w:type="dxa"/>
          </w:tcPr>
          <w:p w:rsidR="007F224A" w:rsidRPr="007F224A" w:rsidRDefault="007F224A" w:rsidP="007753F5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sz w:val="14"/>
                <w:szCs w:val="14"/>
              </w:rPr>
              <w:t>15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≥80</w:t>
            </w:r>
          </w:p>
        </w:tc>
        <w:tc>
          <w:tcPr>
            <w:tcW w:w="1126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15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+0.1</w:t>
            </w:r>
          </w:p>
        </w:tc>
        <w:tc>
          <w:tcPr>
            <w:tcW w:w="1061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1600</w:t>
            </w:r>
          </w:p>
        </w:tc>
      </w:tr>
      <w:tr w:rsidR="007F224A" w:rsidTr="007753F5">
        <w:tc>
          <w:tcPr>
            <w:tcW w:w="1384" w:type="dxa"/>
            <w:vMerge/>
          </w:tcPr>
          <w:p w:rsidR="007F224A" w:rsidRPr="00B81963" w:rsidRDefault="007F224A" w:rsidP="007753F5">
            <w:pPr>
              <w:pStyle w:val="a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851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YND-3</w:t>
            </w:r>
          </w:p>
        </w:tc>
        <w:tc>
          <w:tcPr>
            <w:tcW w:w="850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≥90</w:t>
            </w:r>
          </w:p>
        </w:tc>
        <w:tc>
          <w:tcPr>
            <w:tcW w:w="709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0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1.0</w:t>
            </w:r>
          </w:p>
        </w:tc>
        <w:tc>
          <w:tcPr>
            <w:tcW w:w="709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≥14</w:t>
            </w:r>
          </w:p>
        </w:tc>
        <w:tc>
          <w:tcPr>
            <w:tcW w:w="938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1550°C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≥14</w:t>
            </w:r>
          </w:p>
        </w:tc>
        <w:tc>
          <w:tcPr>
            <w:tcW w:w="814" w:type="dxa"/>
          </w:tcPr>
          <w:p w:rsidR="007F224A" w:rsidRPr="007F224A" w:rsidRDefault="007F224A" w:rsidP="007753F5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≥80</w:t>
            </w:r>
          </w:p>
        </w:tc>
        <w:tc>
          <w:tcPr>
            <w:tcW w:w="808" w:type="dxa"/>
          </w:tcPr>
          <w:p w:rsidR="007F224A" w:rsidRPr="007F224A" w:rsidRDefault="007F224A" w:rsidP="007753F5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sz w:val="14"/>
                <w:szCs w:val="14"/>
              </w:rPr>
              <w:t>15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≥90</w:t>
            </w:r>
          </w:p>
        </w:tc>
        <w:tc>
          <w:tcPr>
            <w:tcW w:w="1126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15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+0.01</w:t>
            </w:r>
          </w:p>
        </w:tc>
        <w:tc>
          <w:tcPr>
            <w:tcW w:w="1061" w:type="dxa"/>
          </w:tcPr>
          <w:p w:rsidR="007F224A" w:rsidRPr="007F224A" w:rsidRDefault="007F224A" w:rsidP="007753F5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1600</w:t>
            </w:r>
          </w:p>
        </w:tc>
      </w:tr>
      <w:tr w:rsidR="007F224A" w:rsidTr="007753F5">
        <w:tc>
          <w:tcPr>
            <w:tcW w:w="1384" w:type="dxa"/>
            <w:vMerge w:val="restart"/>
          </w:tcPr>
          <w:p w:rsidR="00B81963" w:rsidRPr="00B81963" w:rsidRDefault="00B81963" w:rsidP="007F224A">
            <w:pPr>
              <w:pStyle w:val="a8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B81963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  <w:lang w:val="ru-RU"/>
              </w:rPr>
              <w:t>П</w:t>
            </w:r>
            <w:proofErr w:type="spellStart"/>
            <w:r w:rsidRPr="00B81963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ластичный</w:t>
            </w:r>
            <w:proofErr w:type="spellEnd"/>
            <w:r w:rsidRPr="00B81963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proofErr w:type="spellStart"/>
            <w:r w:rsidRPr="00B81963">
              <w:rPr>
                <w:rFonts w:ascii="Times New Roman" w:hAnsi="Times New Roman" w:cs="Times New Roman"/>
                <w:color w:val="000000"/>
                <w:sz w:val="16"/>
                <w:szCs w:val="16"/>
                <w:shd w:val="clear" w:color="auto" w:fill="FFFFFF"/>
              </w:rPr>
              <w:t>материал</w:t>
            </w:r>
            <w:proofErr w:type="spellEnd"/>
          </w:p>
        </w:tc>
        <w:tc>
          <w:tcPr>
            <w:tcW w:w="851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YK-54</w:t>
            </w: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≥50</w:t>
            </w: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&lt;1.5</w:t>
            </w: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≥6</w:t>
            </w:r>
          </w:p>
        </w:tc>
        <w:tc>
          <w:tcPr>
            <w:tcW w:w="938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1450°C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≥7.5</w:t>
            </w:r>
          </w:p>
        </w:tc>
        <w:tc>
          <w:tcPr>
            <w:tcW w:w="814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23</w:t>
            </w:r>
          </w:p>
        </w:tc>
        <w:tc>
          <w:tcPr>
            <w:tcW w:w="808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45</w:t>
            </w:r>
            <w:r w:rsidRPr="007F224A">
              <w:rPr>
                <w:sz w:val="14"/>
                <w:szCs w:val="14"/>
              </w:rPr>
              <w:t>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31</w:t>
            </w:r>
          </w:p>
        </w:tc>
        <w:tc>
          <w:tcPr>
            <w:tcW w:w="1126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-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0.0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8</w:t>
            </w:r>
          </w:p>
        </w:tc>
        <w:tc>
          <w:tcPr>
            <w:tcW w:w="1061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15</w:t>
            </w:r>
            <w:r>
              <w:rPr>
                <w:sz w:val="14"/>
                <w:szCs w:val="14"/>
              </w:rPr>
              <w:t>0</w:t>
            </w:r>
            <w:r w:rsidRPr="007F224A">
              <w:rPr>
                <w:sz w:val="14"/>
                <w:szCs w:val="14"/>
              </w:rPr>
              <w:t>0°C</w:t>
            </w:r>
          </w:p>
        </w:tc>
      </w:tr>
      <w:tr w:rsidR="007F224A" w:rsidTr="007753F5">
        <w:tc>
          <w:tcPr>
            <w:tcW w:w="1384" w:type="dxa"/>
            <w:vMerge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1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YK-75</w:t>
            </w: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≥75</w:t>
            </w: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0.8</w:t>
            </w: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938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1450°C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≥9</w:t>
            </w:r>
          </w:p>
        </w:tc>
        <w:tc>
          <w:tcPr>
            <w:tcW w:w="814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808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45</w:t>
            </w:r>
            <w:r w:rsidRPr="007F224A">
              <w:rPr>
                <w:sz w:val="14"/>
                <w:szCs w:val="14"/>
              </w:rPr>
              <w:t>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45</w:t>
            </w:r>
          </w:p>
        </w:tc>
        <w:tc>
          <w:tcPr>
            <w:tcW w:w="1126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+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0.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38</w:t>
            </w:r>
          </w:p>
        </w:tc>
        <w:tc>
          <w:tcPr>
            <w:tcW w:w="1061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70</w:t>
            </w:r>
            <w:r w:rsidRPr="007F224A">
              <w:rPr>
                <w:sz w:val="14"/>
                <w:szCs w:val="14"/>
              </w:rPr>
              <w:t>0°C</w:t>
            </w:r>
          </w:p>
        </w:tc>
      </w:tr>
      <w:tr w:rsidR="007F224A" w:rsidTr="007753F5">
        <w:tc>
          <w:tcPr>
            <w:tcW w:w="1384" w:type="dxa"/>
            <w:vMerge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1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YK-85</w:t>
            </w: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≥85</w:t>
            </w: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&lt;1.2</w:t>
            </w: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938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1450°C x 3h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≥12</w:t>
            </w:r>
          </w:p>
        </w:tc>
        <w:tc>
          <w:tcPr>
            <w:tcW w:w="814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808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45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&gt;60</w:t>
            </w:r>
          </w:p>
        </w:tc>
        <w:tc>
          <w:tcPr>
            <w:tcW w:w="1126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0.0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8</w:t>
            </w:r>
          </w:p>
        </w:tc>
        <w:tc>
          <w:tcPr>
            <w:tcW w:w="1061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70</w:t>
            </w:r>
            <w:r w:rsidRPr="007F224A">
              <w:rPr>
                <w:sz w:val="14"/>
                <w:szCs w:val="14"/>
              </w:rPr>
              <w:t>0°C</w:t>
            </w:r>
          </w:p>
        </w:tc>
      </w:tr>
      <w:tr w:rsidR="007F224A" w:rsidTr="007753F5">
        <w:tc>
          <w:tcPr>
            <w:tcW w:w="1384" w:type="dxa"/>
          </w:tcPr>
          <w:p w:rsidR="00B81963" w:rsidRPr="007F224A" w:rsidRDefault="00B81963" w:rsidP="007F224A">
            <w:pPr>
              <w:pStyle w:val="a8"/>
              <w:rPr>
                <w:sz w:val="14"/>
                <w:szCs w:val="14"/>
                <w:lang w:val="ru-RU"/>
              </w:rPr>
            </w:pPr>
            <w:r>
              <w:rPr>
                <w:sz w:val="14"/>
                <w:szCs w:val="14"/>
                <w:lang w:val="ru-RU"/>
              </w:rPr>
              <w:t xml:space="preserve">Легкий </w:t>
            </w:r>
            <w:r w:rsidRPr="00B81963">
              <w:rPr>
                <w:sz w:val="14"/>
                <w:szCs w:val="14"/>
                <w:lang w:val="ru-RU"/>
              </w:rPr>
              <w:t>обожженный материал</w:t>
            </w:r>
          </w:p>
        </w:tc>
        <w:tc>
          <w:tcPr>
            <w:tcW w:w="851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QI-100</w:t>
            </w: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29</w:t>
            </w: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&gt;35</w:t>
            </w: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</w:p>
        </w:tc>
        <w:tc>
          <w:tcPr>
            <w:tcW w:w="938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</w:p>
        </w:tc>
        <w:tc>
          <w:tcPr>
            <w:tcW w:w="814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&gt;21</w:t>
            </w:r>
          </w:p>
        </w:tc>
        <w:tc>
          <w:tcPr>
            <w:tcW w:w="808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80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&gt;2.5</w:t>
            </w:r>
          </w:p>
        </w:tc>
        <w:tc>
          <w:tcPr>
            <w:tcW w:w="1126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-0.1</w:t>
            </w:r>
          </w:p>
        </w:tc>
        <w:tc>
          <w:tcPr>
            <w:tcW w:w="1061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</w:t>
            </w: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00</w:t>
            </w:r>
            <w:r w:rsidRPr="007F224A">
              <w:rPr>
                <w:sz w:val="14"/>
                <w:szCs w:val="14"/>
              </w:rPr>
              <w:t>0°C</w:t>
            </w:r>
          </w:p>
        </w:tc>
      </w:tr>
      <w:tr w:rsidR="007F224A" w:rsidTr="007753F5">
        <w:tc>
          <w:tcPr>
            <w:tcW w:w="1384" w:type="dxa"/>
            <w:vMerge w:val="restart"/>
          </w:tcPr>
          <w:p w:rsidR="00B81963" w:rsidRPr="007F224A" w:rsidRDefault="00B81963" w:rsidP="007F224A">
            <w:pPr>
              <w:pStyle w:val="a8"/>
              <w:rPr>
                <w:sz w:val="14"/>
                <w:szCs w:val="14"/>
                <w:lang w:val="ru-RU"/>
              </w:rPr>
            </w:pPr>
            <w:r w:rsidRPr="00B81963">
              <w:rPr>
                <w:sz w:val="14"/>
                <w:szCs w:val="14"/>
                <w:lang w:val="ru-RU"/>
              </w:rPr>
              <w:t>Плотный корундовый обожженный материал</w:t>
            </w:r>
          </w:p>
        </w:tc>
        <w:tc>
          <w:tcPr>
            <w:tcW w:w="851" w:type="dxa"/>
          </w:tcPr>
          <w:p w:rsidR="007F224A" w:rsidRDefault="007F224A" w:rsidP="007F224A">
            <w:pPr>
              <w:pStyle w:val="a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CL-70</w:t>
            </w: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≥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79</w:t>
            </w:r>
          </w:p>
        </w:tc>
        <w:tc>
          <w:tcPr>
            <w:tcW w:w="709" w:type="dxa"/>
          </w:tcPr>
          <w:p w:rsidR="007F224A" w:rsidRDefault="007F224A" w:rsidP="007F224A">
            <w:pPr>
              <w:pStyle w:val="a8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sz w:val="14"/>
                <w:szCs w:val="14"/>
              </w:rPr>
              <w:t xml:space="preserve">150°C x </w:t>
            </w:r>
            <w:r>
              <w:rPr>
                <w:sz w:val="14"/>
                <w:szCs w:val="14"/>
              </w:rPr>
              <w:t>24</w:t>
            </w:r>
            <w:r w:rsidRPr="007F224A">
              <w:rPr>
                <w:sz w:val="14"/>
                <w:szCs w:val="14"/>
              </w:rPr>
              <w:t>h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&gt;14</w:t>
            </w:r>
          </w:p>
        </w:tc>
        <w:tc>
          <w:tcPr>
            <w:tcW w:w="938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&gt;14</w:t>
            </w:r>
          </w:p>
        </w:tc>
        <w:tc>
          <w:tcPr>
            <w:tcW w:w="814" w:type="dxa"/>
          </w:tcPr>
          <w:p w:rsid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>
              <w:rPr>
                <w:sz w:val="14"/>
                <w:szCs w:val="14"/>
              </w:rPr>
              <w:t>15</w:t>
            </w:r>
            <w:r w:rsidRPr="007F224A">
              <w:rPr>
                <w:sz w:val="14"/>
                <w:szCs w:val="14"/>
              </w:rPr>
              <w:t xml:space="preserve">0°C x </w:t>
            </w:r>
            <w:r>
              <w:rPr>
                <w:sz w:val="14"/>
                <w:szCs w:val="14"/>
              </w:rPr>
              <w:t>24</w:t>
            </w:r>
            <w:r w:rsidRPr="007F224A">
              <w:rPr>
                <w:sz w:val="14"/>
                <w:szCs w:val="14"/>
              </w:rPr>
              <w:t>h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&gt;90</w:t>
            </w:r>
          </w:p>
        </w:tc>
        <w:tc>
          <w:tcPr>
            <w:tcW w:w="808" w:type="dxa"/>
          </w:tcPr>
          <w:p w:rsid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&gt;120</w:t>
            </w:r>
          </w:p>
        </w:tc>
        <w:tc>
          <w:tcPr>
            <w:tcW w:w="1126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5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-0.04</w:t>
            </w:r>
          </w:p>
        </w:tc>
        <w:tc>
          <w:tcPr>
            <w:tcW w:w="1061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&gt;1600</w:t>
            </w:r>
          </w:p>
        </w:tc>
      </w:tr>
      <w:tr w:rsidR="007F224A" w:rsidTr="007753F5">
        <w:tc>
          <w:tcPr>
            <w:tcW w:w="1384" w:type="dxa"/>
            <w:vMerge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851" w:type="dxa"/>
          </w:tcPr>
          <w:p w:rsidR="007F224A" w:rsidRDefault="007F224A" w:rsidP="007F224A">
            <w:pPr>
              <w:pStyle w:val="a8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CL-85</w:t>
            </w: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&gt;87</w:t>
            </w:r>
          </w:p>
        </w:tc>
        <w:tc>
          <w:tcPr>
            <w:tcW w:w="709" w:type="dxa"/>
          </w:tcPr>
          <w:p w:rsidR="007F224A" w:rsidRDefault="007F224A" w:rsidP="007F224A">
            <w:pPr>
              <w:pStyle w:val="a8"/>
              <w:rPr>
                <w:sz w:val="14"/>
                <w:szCs w:val="14"/>
              </w:rPr>
            </w:pPr>
          </w:p>
        </w:tc>
        <w:tc>
          <w:tcPr>
            <w:tcW w:w="850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</w:p>
        </w:tc>
        <w:tc>
          <w:tcPr>
            <w:tcW w:w="709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  <w:lang w:val="ru-RU"/>
              </w:rPr>
            </w:pPr>
          </w:p>
        </w:tc>
        <w:tc>
          <w:tcPr>
            <w:tcW w:w="992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 w:rsidRPr="007F224A">
              <w:rPr>
                <w:sz w:val="14"/>
                <w:szCs w:val="14"/>
              </w:rPr>
              <w:t xml:space="preserve">150°C x </w:t>
            </w:r>
            <w:r>
              <w:rPr>
                <w:sz w:val="14"/>
                <w:szCs w:val="14"/>
              </w:rPr>
              <w:t>24</w:t>
            </w:r>
            <w:r w:rsidRPr="007F224A">
              <w:rPr>
                <w:sz w:val="14"/>
                <w:szCs w:val="14"/>
              </w:rPr>
              <w:t>h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&gt;14</w:t>
            </w:r>
          </w:p>
        </w:tc>
        <w:tc>
          <w:tcPr>
            <w:tcW w:w="938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&gt;15</w:t>
            </w:r>
          </w:p>
        </w:tc>
        <w:tc>
          <w:tcPr>
            <w:tcW w:w="814" w:type="dxa"/>
          </w:tcPr>
          <w:p w:rsid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>
              <w:rPr>
                <w:sz w:val="14"/>
                <w:szCs w:val="14"/>
              </w:rPr>
              <w:t>15</w:t>
            </w:r>
            <w:r w:rsidRPr="007F224A">
              <w:rPr>
                <w:sz w:val="14"/>
                <w:szCs w:val="14"/>
              </w:rPr>
              <w:t xml:space="preserve">0°C x </w:t>
            </w:r>
            <w:r>
              <w:rPr>
                <w:sz w:val="14"/>
                <w:szCs w:val="14"/>
              </w:rPr>
              <w:t>24</w:t>
            </w:r>
            <w:r w:rsidRPr="007F224A">
              <w:rPr>
                <w:sz w:val="14"/>
                <w:szCs w:val="14"/>
              </w:rPr>
              <w:t>h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&gt;100</w:t>
            </w:r>
          </w:p>
        </w:tc>
        <w:tc>
          <w:tcPr>
            <w:tcW w:w="808" w:type="dxa"/>
          </w:tcPr>
          <w:p w:rsidR="007F224A" w:rsidRDefault="007F224A" w:rsidP="007F224A">
            <w:pPr>
              <w:pStyle w:val="a8"/>
              <w:rPr>
                <w:sz w:val="14"/>
                <w:szCs w:val="14"/>
              </w:rPr>
            </w:pPr>
            <w:r w:rsidRPr="007F224A">
              <w:rPr>
                <w:sz w:val="14"/>
                <w:szCs w:val="14"/>
              </w:rPr>
              <w:t>1</w:t>
            </w:r>
            <w:r>
              <w:rPr>
                <w:sz w:val="14"/>
                <w:szCs w:val="14"/>
              </w:rPr>
              <w:t>2</w:t>
            </w:r>
            <w:r w:rsidRPr="007F224A">
              <w:rPr>
                <w:sz w:val="14"/>
                <w:szCs w:val="14"/>
                <w:lang w:val="ru-RU"/>
              </w:rPr>
              <w:t>0</w:t>
            </w:r>
            <w:r w:rsidRPr="007F224A">
              <w:rPr>
                <w:sz w:val="14"/>
                <w:szCs w:val="14"/>
              </w:rPr>
              <w:t>0°C x 3h</w:t>
            </w:r>
            <w:r>
              <w:rPr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&gt;120</w:t>
            </w:r>
          </w:p>
        </w:tc>
        <w:tc>
          <w:tcPr>
            <w:tcW w:w="1126" w:type="dxa"/>
          </w:tcPr>
          <w:p w:rsidR="007F224A" w:rsidRPr="007F224A" w:rsidRDefault="007F224A" w:rsidP="007F224A">
            <w:pPr>
              <w:pStyle w:val="a8"/>
              <w:rPr>
                <w:sz w:val="14"/>
                <w:szCs w:val="14"/>
              </w:rPr>
            </w:pPr>
          </w:p>
        </w:tc>
        <w:tc>
          <w:tcPr>
            <w:tcW w:w="1061" w:type="dxa"/>
          </w:tcPr>
          <w:p w:rsidR="007F224A" w:rsidRPr="007F224A" w:rsidRDefault="007F224A" w:rsidP="007F224A">
            <w:pPr>
              <w:pStyle w:val="a8"/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3333"/>
                <w:sz w:val="14"/>
                <w:szCs w:val="14"/>
                <w:shd w:val="clear" w:color="auto" w:fill="FFFFFF"/>
              </w:rPr>
              <w:t>&gt;1600</w:t>
            </w:r>
          </w:p>
        </w:tc>
      </w:tr>
    </w:tbl>
    <w:p w:rsidR="005F69DA" w:rsidRPr="00D63317" w:rsidRDefault="005F69DA" w:rsidP="00CF10E5">
      <w:pPr>
        <w:widowControl/>
        <w:autoSpaceDE w:val="0"/>
        <w:autoSpaceDN w:val="0"/>
        <w:spacing w:after="1518"/>
        <w:jc w:val="left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33347" w:rsidRPr="00434540" w:rsidRDefault="00870DEF" w:rsidP="00434540">
      <w:pPr>
        <w:widowControl/>
        <w:autoSpaceDE w:val="0"/>
        <w:autoSpaceDN w:val="0"/>
        <w:rPr>
          <w:rFonts w:ascii="Times New Roman" w:hAnsi="Times New Roman" w:cs="Times New Roman" w:hint="eastAsia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91116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48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920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4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9DA" w:rsidRPr="00D63317" w:rsidRDefault="005410FF" w:rsidP="00CF10E5">
      <w:pPr>
        <w:widowControl/>
        <w:autoSpaceDE w:val="0"/>
        <w:autoSpaceDN w:val="0"/>
        <w:jc w:val="center"/>
        <w:rPr>
          <w:rFonts w:ascii="Times New Roman" w:eastAsia="SimSun" w:hAnsi="Times New Roman" w:cs="Times New Roman"/>
          <w:sz w:val="20"/>
          <w:szCs w:val="20"/>
          <w:lang w:val="ru-RU"/>
        </w:rPr>
      </w:pPr>
      <w:r w:rsidRPr="00434540">
        <w:rPr>
          <w:rFonts w:ascii="Times New Roman" w:eastAsia="SimSun" w:hAnsi="Times New Roman" w:cs="Times New Roman"/>
          <w:sz w:val="20"/>
          <w:szCs w:val="20"/>
          <w:lang w:val="ru-RU"/>
        </w:rPr>
        <w:t>Крышка рафинировочной печи</w:t>
      </w:r>
      <w:r w:rsidRPr="00D63317">
        <w:rPr>
          <w:rFonts w:ascii="Times New Roman" w:eastAsia="SimSun" w:hAnsi="Times New Roman" w:cs="Times New Roman"/>
          <w:color w:val="C00000"/>
          <w:sz w:val="20"/>
          <w:szCs w:val="20"/>
          <w:lang w:val="ru-RU"/>
        </w:rPr>
        <w:t>.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2857500" cy="2306320"/>
            <wp:effectExtent l="0" t="0" r="0" b="0"/>
            <wp:docPr id="15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681A4D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p w:rsidR="00681A4D" w:rsidRPr="00D63317" w:rsidRDefault="00681A4D" w:rsidP="00CF10E5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подходит для топочных поверхностей.</w:t>
      </w:r>
    </w:p>
    <w:p w:rsidR="00681A4D" w:rsidRPr="00D63317" w:rsidRDefault="00681A4D" w:rsidP="00681A4D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Отличная устойчивость к </w:t>
      </w:r>
      <w:proofErr w:type="spellStart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термоударам</w:t>
      </w:r>
      <w:proofErr w:type="spellEnd"/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 xml:space="preserve"> и стойкость к высокотемпературной эрозии расплава, кроме того, хорошая объемная стабильность при высокой температуре, высокая прочность для использования в высокотемпературных конструкциях, стойкость к растрескиванию и отколам, а добавление стальных волокон в литьевые материалы снижает остаточную усадку покрытия после нагрева и увеличивает срок службы покрытия.</w:t>
      </w:r>
    </w:p>
    <w:p w:rsidR="005F69DA" w:rsidRDefault="00681A4D" w:rsidP="00681A4D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Физико-химические 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94"/>
        <w:gridCol w:w="1559"/>
        <w:gridCol w:w="1578"/>
        <w:gridCol w:w="2311"/>
      </w:tblGrid>
      <w:tr w:rsidR="00804EF8" w:rsidTr="00434540">
        <w:tc>
          <w:tcPr>
            <w:tcW w:w="5353" w:type="dxa"/>
            <w:gridSpan w:val="2"/>
          </w:tcPr>
          <w:p w:rsidR="00804EF8" w:rsidRPr="00434540" w:rsidRDefault="00804EF8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Марка</w:t>
            </w:r>
          </w:p>
        </w:tc>
        <w:tc>
          <w:tcPr>
            <w:tcW w:w="1578" w:type="dxa"/>
          </w:tcPr>
          <w:p w:rsidR="00804EF8" w:rsidRPr="00434540" w:rsidRDefault="00804EF8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YFKG-1</w:t>
            </w:r>
          </w:p>
        </w:tc>
        <w:tc>
          <w:tcPr>
            <w:tcW w:w="2311" w:type="dxa"/>
          </w:tcPr>
          <w:p w:rsidR="00804EF8" w:rsidRPr="00434540" w:rsidRDefault="00804EF8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YFKG-1</w:t>
            </w:r>
          </w:p>
        </w:tc>
      </w:tr>
      <w:tr w:rsidR="00804EF8" w:rsidTr="00434540">
        <w:tc>
          <w:tcPr>
            <w:tcW w:w="3794" w:type="dxa"/>
            <w:vMerge w:val="restart"/>
          </w:tcPr>
          <w:p w:rsidR="00804EF8" w:rsidRPr="00434540" w:rsidRDefault="004500DF" w:rsidP="00434540">
            <w:pPr>
              <w:pStyle w:val="a8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Химический</w:t>
            </w:r>
            <w:proofErr w:type="spellEnd"/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состав</w:t>
            </w:r>
            <w:proofErr w:type="spellEnd"/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（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%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）</w:t>
            </w:r>
          </w:p>
        </w:tc>
        <w:tc>
          <w:tcPr>
            <w:tcW w:w="1559" w:type="dxa"/>
          </w:tcPr>
          <w:p w:rsidR="00804EF8" w:rsidRPr="00434540" w:rsidRDefault="00804EF8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Al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2O3</w:t>
            </w:r>
          </w:p>
        </w:tc>
        <w:tc>
          <w:tcPr>
            <w:tcW w:w="1578" w:type="dxa"/>
          </w:tcPr>
          <w:p w:rsidR="00804EF8" w:rsidRPr="00434540" w:rsidRDefault="004500DF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&gt;85</w:t>
            </w:r>
          </w:p>
        </w:tc>
        <w:tc>
          <w:tcPr>
            <w:tcW w:w="2311" w:type="dxa"/>
          </w:tcPr>
          <w:p w:rsidR="00804EF8" w:rsidRPr="00434540" w:rsidRDefault="004500DF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&gt;70</w:t>
            </w:r>
          </w:p>
        </w:tc>
      </w:tr>
      <w:tr w:rsidR="00804EF8" w:rsidTr="00434540">
        <w:tc>
          <w:tcPr>
            <w:tcW w:w="3794" w:type="dxa"/>
            <w:vMerge/>
          </w:tcPr>
          <w:p w:rsidR="00804EF8" w:rsidRPr="00434540" w:rsidRDefault="00804EF8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04EF8" w:rsidRPr="00434540" w:rsidRDefault="00804EF8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SiO2</w:t>
            </w:r>
          </w:p>
        </w:tc>
        <w:tc>
          <w:tcPr>
            <w:tcW w:w="1578" w:type="dxa"/>
          </w:tcPr>
          <w:p w:rsidR="00804EF8" w:rsidRPr="00434540" w:rsidRDefault="004500DF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&lt;2</w:t>
            </w:r>
          </w:p>
        </w:tc>
        <w:tc>
          <w:tcPr>
            <w:tcW w:w="2311" w:type="dxa"/>
          </w:tcPr>
          <w:p w:rsidR="00804EF8" w:rsidRPr="00434540" w:rsidRDefault="004500DF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&lt;2</w:t>
            </w:r>
          </w:p>
        </w:tc>
      </w:tr>
      <w:tr w:rsidR="00804EF8" w:rsidTr="00434540">
        <w:tc>
          <w:tcPr>
            <w:tcW w:w="3794" w:type="dxa"/>
            <w:vMerge w:val="restart"/>
          </w:tcPr>
          <w:p w:rsidR="00804EF8" w:rsidRPr="00434540" w:rsidRDefault="004500DF" w:rsidP="00434540">
            <w:pPr>
              <w:pStyle w:val="a8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/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cm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</w:t>
            </w:r>
            <w:r w:rsidR="00434540"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1559" w:type="dxa"/>
          </w:tcPr>
          <w:p w:rsidR="00804EF8" w:rsidRPr="00434540" w:rsidRDefault="00804EF8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10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°C x 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24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78" w:type="dxa"/>
          </w:tcPr>
          <w:p w:rsidR="00804EF8" w:rsidRPr="00434540" w:rsidRDefault="004500DF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&gt;2.95</w:t>
            </w:r>
          </w:p>
        </w:tc>
        <w:tc>
          <w:tcPr>
            <w:tcW w:w="2311" w:type="dxa"/>
          </w:tcPr>
          <w:p w:rsidR="00804EF8" w:rsidRPr="00434540" w:rsidRDefault="004500DF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&gt;2.7</w:t>
            </w:r>
          </w:p>
        </w:tc>
      </w:tr>
      <w:tr w:rsidR="00804EF8" w:rsidTr="00434540">
        <w:tc>
          <w:tcPr>
            <w:tcW w:w="3794" w:type="dxa"/>
            <w:vMerge/>
          </w:tcPr>
          <w:p w:rsidR="00804EF8" w:rsidRPr="00434540" w:rsidRDefault="00804EF8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04EF8" w:rsidRPr="00434540" w:rsidRDefault="00804EF8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145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°C x 3h</w:t>
            </w:r>
          </w:p>
        </w:tc>
        <w:tc>
          <w:tcPr>
            <w:tcW w:w="1578" w:type="dxa"/>
          </w:tcPr>
          <w:p w:rsidR="00804EF8" w:rsidRPr="00434540" w:rsidRDefault="004500DF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&gt;2.9</w:t>
            </w:r>
          </w:p>
        </w:tc>
        <w:tc>
          <w:tcPr>
            <w:tcW w:w="2311" w:type="dxa"/>
          </w:tcPr>
          <w:p w:rsidR="00804EF8" w:rsidRPr="00434540" w:rsidRDefault="004500DF" w:rsidP="00681A4D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&gt;2.65</w:t>
            </w:r>
          </w:p>
        </w:tc>
      </w:tr>
      <w:tr w:rsidR="00804EF8" w:rsidTr="00434540">
        <w:tc>
          <w:tcPr>
            <w:tcW w:w="3794" w:type="dxa"/>
            <w:vMerge w:val="restart"/>
          </w:tcPr>
          <w:p w:rsidR="00804EF8" w:rsidRPr="00434540" w:rsidRDefault="004500DF" w:rsidP="00434540">
            <w:pPr>
              <w:pStyle w:val="a8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Прочность на изгиб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MPa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1559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10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°C x 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24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78" w:type="dxa"/>
          </w:tcPr>
          <w:p w:rsidR="00804EF8" w:rsidRPr="00434540" w:rsidRDefault="004500DF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&gt;7</w:t>
            </w:r>
          </w:p>
        </w:tc>
        <w:tc>
          <w:tcPr>
            <w:tcW w:w="2311" w:type="dxa"/>
          </w:tcPr>
          <w:p w:rsidR="00804EF8" w:rsidRPr="00434540" w:rsidRDefault="004500DF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&gt;10</w:t>
            </w:r>
          </w:p>
        </w:tc>
      </w:tr>
      <w:tr w:rsidR="00804EF8" w:rsidTr="00434540">
        <w:tc>
          <w:tcPr>
            <w:tcW w:w="3794" w:type="dxa"/>
            <w:vMerge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145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°C x 3h</w:t>
            </w:r>
          </w:p>
        </w:tc>
        <w:tc>
          <w:tcPr>
            <w:tcW w:w="1578" w:type="dxa"/>
          </w:tcPr>
          <w:p w:rsidR="00804EF8" w:rsidRPr="00434540" w:rsidRDefault="004500DF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&gt;12</w:t>
            </w:r>
          </w:p>
        </w:tc>
        <w:tc>
          <w:tcPr>
            <w:tcW w:w="2311" w:type="dxa"/>
          </w:tcPr>
          <w:p w:rsidR="00804EF8" w:rsidRPr="00434540" w:rsidRDefault="004500DF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&gt;10</w:t>
            </w:r>
          </w:p>
        </w:tc>
      </w:tr>
      <w:tr w:rsidR="00804EF8" w:rsidTr="00434540">
        <w:tc>
          <w:tcPr>
            <w:tcW w:w="3794" w:type="dxa"/>
            <w:vMerge w:val="restart"/>
          </w:tcPr>
          <w:p w:rsidR="00804EF8" w:rsidRPr="00434540" w:rsidRDefault="004500DF" w:rsidP="00434540">
            <w:pPr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Предел прочности на сжатие</w:t>
            </w:r>
            <w:r w:rsidR="00434540"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(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MPa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1559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10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°C x 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24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1578" w:type="dxa"/>
          </w:tcPr>
          <w:p w:rsidR="00804EF8" w:rsidRPr="00434540" w:rsidRDefault="004500DF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&gt;40</w:t>
            </w:r>
          </w:p>
        </w:tc>
        <w:tc>
          <w:tcPr>
            <w:tcW w:w="2311" w:type="dxa"/>
          </w:tcPr>
          <w:p w:rsidR="00804EF8" w:rsidRPr="00434540" w:rsidRDefault="004500DF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&gt;30</w:t>
            </w:r>
          </w:p>
        </w:tc>
      </w:tr>
      <w:tr w:rsidR="00804EF8" w:rsidTr="00434540">
        <w:tc>
          <w:tcPr>
            <w:tcW w:w="3794" w:type="dxa"/>
            <w:vMerge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145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°C x 3h</w:t>
            </w:r>
          </w:p>
        </w:tc>
        <w:tc>
          <w:tcPr>
            <w:tcW w:w="1578" w:type="dxa"/>
          </w:tcPr>
          <w:p w:rsidR="00804EF8" w:rsidRPr="00434540" w:rsidRDefault="004500DF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&gt;80</w:t>
            </w:r>
          </w:p>
        </w:tc>
        <w:tc>
          <w:tcPr>
            <w:tcW w:w="2311" w:type="dxa"/>
          </w:tcPr>
          <w:p w:rsidR="00804EF8" w:rsidRPr="00434540" w:rsidRDefault="004500DF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&gt;60</w:t>
            </w:r>
          </w:p>
        </w:tc>
      </w:tr>
      <w:tr w:rsidR="004500DF" w:rsidTr="00434540">
        <w:tc>
          <w:tcPr>
            <w:tcW w:w="3794" w:type="dxa"/>
          </w:tcPr>
          <w:p w:rsidR="004500DF" w:rsidRPr="00434540" w:rsidRDefault="004500DF" w:rsidP="00434540">
            <w:pPr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Линейные изменения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%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1559" w:type="dxa"/>
          </w:tcPr>
          <w:p w:rsidR="004500DF" w:rsidRPr="00434540" w:rsidRDefault="004500DF" w:rsidP="004500DF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145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°C x 3h</w:t>
            </w:r>
          </w:p>
        </w:tc>
        <w:tc>
          <w:tcPr>
            <w:tcW w:w="1578" w:type="dxa"/>
          </w:tcPr>
          <w:p w:rsidR="004500DF" w:rsidRPr="00434540" w:rsidRDefault="004500DF" w:rsidP="004500DF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+0.05~0.1</w:t>
            </w:r>
          </w:p>
        </w:tc>
        <w:tc>
          <w:tcPr>
            <w:tcW w:w="2311" w:type="dxa"/>
          </w:tcPr>
          <w:p w:rsidR="004500DF" w:rsidRPr="00434540" w:rsidRDefault="004500DF" w:rsidP="004500DF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+0.05~0.1</w:t>
            </w:r>
          </w:p>
        </w:tc>
      </w:tr>
      <w:tr w:rsidR="004500DF" w:rsidTr="00434540">
        <w:tc>
          <w:tcPr>
            <w:tcW w:w="3794" w:type="dxa"/>
          </w:tcPr>
          <w:p w:rsidR="004500DF" w:rsidRPr="00434540" w:rsidRDefault="004500DF" w:rsidP="00434540">
            <w:pPr>
              <w:pStyle w:val="a8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Огнеупорность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℃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1559" w:type="dxa"/>
          </w:tcPr>
          <w:p w:rsidR="004500DF" w:rsidRPr="00434540" w:rsidRDefault="004500DF" w:rsidP="004500DF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1578" w:type="dxa"/>
          </w:tcPr>
          <w:p w:rsidR="004500DF" w:rsidRPr="00434540" w:rsidRDefault="004500DF" w:rsidP="004500DF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&gt;1790</w:t>
            </w:r>
          </w:p>
        </w:tc>
        <w:tc>
          <w:tcPr>
            <w:tcW w:w="2311" w:type="dxa"/>
          </w:tcPr>
          <w:p w:rsidR="004500DF" w:rsidRPr="00434540" w:rsidRDefault="004500DF" w:rsidP="004500DF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</w:tr>
    </w:tbl>
    <w:p w:rsidR="00804EF8" w:rsidRPr="00D63317" w:rsidRDefault="00804EF8" w:rsidP="00681A4D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hAnsi="Times New Roman" w:cs="Times New Roman"/>
          <w:b/>
          <w:sz w:val="20"/>
          <w:szCs w:val="20"/>
          <w:lang w:val="ru-RU"/>
        </w:rPr>
      </w:pPr>
    </w:p>
    <w:p w:rsidR="005F69DA" w:rsidRPr="00D63317" w:rsidRDefault="005F69DA" w:rsidP="00CF10E5">
      <w:pPr>
        <w:widowControl/>
        <w:autoSpaceDE w:val="0"/>
        <w:autoSpaceDN w:val="0"/>
        <w:spacing w:after="1432"/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5F69DA" w:rsidRPr="00D63317" w:rsidRDefault="005F69DA" w:rsidP="00CF10E5">
      <w:pPr>
        <w:rPr>
          <w:rFonts w:ascii="Times New Roman" w:hAnsi="Times New Roman" w:cs="Times New Roman"/>
          <w:sz w:val="20"/>
          <w:szCs w:val="20"/>
          <w:lang w:val="ru-RU"/>
        </w:rPr>
        <w:sectPr w:rsidR="005F69DA" w:rsidRPr="00D63317" w:rsidSect="00591FD3">
          <w:pgSz w:w="11906" w:h="17238"/>
          <w:pgMar w:top="450" w:right="849" w:bottom="478" w:left="709" w:header="720" w:footer="720" w:gutter="0"/>
          <w:cols w:space="720" w:equalWidth="0">
            <w:col w:w="9026" w:space="0"/>
          </w:cols>
          <w:docGrid w:linePitch="360"/>
        </w:sectPr>
      </w:pPr>
    </w:p>
    <w:p w:rsidR="005F69DA" w:rsidRPr="00D63317" w:rsidRDefault="00870DEF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lastRenderedPageBreak/>
        <w:drawing>
          <wp:anchor distT="0" distB="0" distL="0" distR="0" simplePos="0" relativeHeight="25192960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739140</wp:posOffset>
            </wp:positionV>
            <wp:extent cx="5274310" cy="16932"/>
            <wp:effectExtent l="0" t="0" r="0" b="0"/>
            <wp:wrapNone/>
            <wp:docPr id="15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anchor distT="0" distB="0" distL="0" distR="0" simplePos="0" relativeHeight="25193881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763270</wp:posOffset>
            </wp:positionV>
            <wp:extent cx="5274310" cy="12699"/>
            <wp:effectExtent l="0" t="0" r="0" b="0"/>
            <wp:wrapNone/>
            <wp:docPr id="154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9DA" w:rsidRPr="00434540" w:rsidRDefault="00681A4D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434540">
        <w:rPr>
          <w:rFonts w:ascii="Times New Roman" w:eastAsia="zCZmz5Mu+SimHei" w:hAnsi="Times New Roman" w:cs="Times New Roman"/>
          <w:sz w:val="20"/>
          <w:szCs w:val="20"/>
          <w:lang w:val="ru-RU"/>
        </w:rPr>
        <w:t>Керамические износостойкие литейные материалы</w:t>
      </w:r>
    </w:p>
    <w:p w:rsidR="005F69DA" w:rsidRPr="00D63317" w:rsidRDefault="00870DEF" w:rsidP="00CF10E5">
      <w:pPr>
        <w:widowControl/>
        <w:autoSpaceDE w:val="0"/>
        <w:autoSpaceDN w:val="0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hAnsi="Times New Roman" w:cs="Times New Roman"/>
          <w:noProof/>
          <w:sz w:val="20"/>
          <w:szCs w:val="20"/>
          <w:lang w:val="ru-RU"/>
        </w:rPr>
        <w:drawing>
          <wp:inline distT="0" distB="0" distL="0" distR="0">
            <wp:extent cx="3906520" cy="2673349"/>
            <wp:effectExtent l="0" t="0" r="0" b="0"/>
            <wp:docPr id="156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06520" cy="267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DA" w:rsidRPr="00D63317" w:rsidRDefault="00AD7A4F" w:rsidP="00CF10E5">
      <w:pPr>
        <w:widowControl/>
        <w:autoSpaceDE w:val="0"/>
        <w:autoSpaceDN w:val="0"/>
        <w:jc w:val="left"/>
        <w:rPr>
          <w:rFonts w:ascii="Times New Roman" w:hAnsi="Times New Roman" w:cs="Times New Roman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1. 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Область применения</w:t>
      </w:r>
      <w:r w:rsidR="00870DEF"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：</w:t>
      </w:r>
    </w:p>
    <w:p w:rsidR="00AD7A4F" w:rsidRPr="00D63317" w:rsidRDefault="00AD7A4F" w:rsidP="00CF10E5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Продукт подходит для водяных шлаковых канав.</w:t>
      </w:r>
    </w:p>
    <w:p w:rsidR="00AD7A4F" w:rsidRPr="00D63317" w:rsidRDefault="00AD7A4F" w:rsidP="00AD7A4F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2.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Преимущества продукции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：</w:t>
      </w:r>
      <w:r w:rsidRPr="00D63317">
        <w:rPr>
          <w:rFonts w:ascii="Times New Roman" w:hAnsi="Times New Roman" w:cs="Times New Roman"/>
          <w:sz w:val="20"/>
          <w:szCs w:val="20"/>
          <w:lang w:val="ru-RU"/>
        </w:rPr>
        <w:br/>
      </w:r>
      <w:r w:rsidRPr="00D63317">
        <w:rPr>
          <w:rFonts w:ascii="Times New Roman" w:eastAsia="zCZmz5Mu+SimHei" w:hAnsi="Times New Roman" w:cs="Times New Roman"/>
          <w:color w:val="000000"/>
          <w:sz w:val="20"/>
          <w:szCs w:val="20"/>
          <w:lang w:val="ru-RU"/>
        </w:rPr>
        <w:t>Литьевые материалы просты в изготовлении, обладают хорошей термостойкостью, высокой прочностью, отличной общей износостойкостью и сроком службы более пяти лет.</w:t>
      </w:r>
    </w:p>
    <w:p w:rsidR="005F69DA" w:rsidRDefault="00AD7A4F" w:rsidP="00AD7A4F">
      <w:pPr>
        <w:widowControl/>
        <w:tabs>
          <w:tab w:val="left" w:pos="840"/>
        </w:tabs>
        <w:autoSpaceDE w:val="0"/>
        <w:autoSpaceDN w:val="0"/>
        <w:ind w:right="288"/>
        <w:jc w:val="left"/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</w:pPr>
      <w:r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 xml:space="preserve">3. </w:t>
      </w:r>
      <w:proofErr w:type="spellStart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Физико</w:t>
      </w:r>
      <w:proofErr w:type="spellEnd"/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-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химические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 xml:space="preserve"> </w:t>
      </w:r>
      <w:r w:rsidR="00E436FA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  <w:lang w:val="ru-RU"/>
        </w:rPr>
        <w:t>показатели</w:t>
      </w:r>
      <w:r w:rsidR="00870DEF" w:rsidRPr="00D63317">
        <w:rPr>
          <w:rFonts w:ascii="Times New Roman" w:eastAsia="zCZmz5Mu+SimHei" w:hAnsi="Times New Roman" w:cs="Times New Roman"/>
          <w:b/>
          <w:color w:val="000000"/>
          <w:sz w:val="20"/>
          <w:szCs w:val="20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804EF8" w:rsidTr="00804EF8">
        <w:tc>
          <w:tcPr>
            <w:tcW w:w="4621" w:type="dxa"/>
          </w:tcPr>
          <w:p w:rsidR="00804EF8" w:rsidRPr="00434540" w:rsidRDefault="00804EF8" w:rsidP="00AD7A4F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AL2O3 (%)</w:t>
            </w:r>
          </w:p>
        </w:tc>
        <w:tc>
          <w:tcPr>
            <w:tcW w:w="4621" w:type="dxa"/>
          </w:tcPr>
          <w:p w:rsidR="00804EF8" w:rsidRPr="00434540" w:rsidRDefault="00804EF8" w:rsidP="00AD7A4F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&gt;65</w:t>
            </w:r>
          </w:p>
        </w:tc>
      </w:tr>
      <w:tr w:rsidR="00804EF8" w:rsidRPr="00804EF8" w:rsidTr="00804EF8">
        <w:tc>
          <w:tcPr>
            <w:tcW w:w="4621" w:type="dxa"/>
          </w:tcPr>
          <w:p w:rsidR="00804EF8" w:rsidRPr="00434540" w:rsidRDefault="00804EF8" w:rsidP="00804EF8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val="ru-RU"/>
              </w:rPr>
              <w:t>Объёмная плотность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g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/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cm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4621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&gt;2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.75</w:t>
            </w:r>
          </w:p>
        </w:tc>
      </w:tr>
      <w:tr w:rsidR="00804EF8" w:rsidTr="00804EF8">
        <w:tc>
          <w:tcPr>
            <w:tcW w:w="4621" w:type="dxa"/>
          </w:tcPr>
          <w:p w:rsidR="00804EF8" w:rsidRPr="00434540" w:rsidRDefault="00804EF8" w:rsidP="00804EF8">
            <w:pPr>
              <w:widowControl/>
              <w:autoSpaceDE w:val="0"/>
              <w:autoSpaceDN w:val="0"/>
              <w:jc w:val="left"/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Прочность на изгиб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MPa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4621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10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°C x 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24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434540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 xml:space="preserve"> ≥</w:t>
            </w:r>
            <w:r w:rsidRPr="00434540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12</w:t>
            </w:r>
          </w:p>
        </w:tc>
      </w:tr>
      <w:tr w:rsidR="00804EF8" w:rsidTr="00804EF8">
        <w:tc>
          <w:tcPr>
            <w:tcW w:w="4621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Предел прочности на сжатие</w:t>
            </w:r>
            <w:r w:rsidR="00434540"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 xml:space="preserve"> 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(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</w:rPr>
              <w:t>MPa</w:t>
            </w:r>
            <w:r w:rsidRPr="00434540">
              <w:rPr>
                <w:rFonts w:ascii="Times New Roman" w:eastAsia="SimSun" w:hAnsi="Times New Roman" w:cs="Times New Roman"/>
                <w:bCs/>
                <w:sz w:val="20"/>
                <w:szCs w:val="20"/>
                <w:lang w:val="ru-RU"/>
              </w:rPr>
              <w:t>)</w:t>
            </w:r>
          </w:p>
        </w:tc>
        <w:tc>
          <w:tcPr>
            <w:tcW w:w="4621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10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°C x 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24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434540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 xml:space="preserve"> ≥</w:t>
            </w:r>
            <w:r w:rsidRPr="00434540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100</w:t>
            </w:r>
          </w:p>
        </w:tc>
      </w:tr>
      <w:tr w:rsidR="00804EF8" w:rsidTr="00434540">
        <w:trPr>
          <w:trHeight w:val="49"/>
        </w:trPr>
        <w:tc>
          <w:tcPr>
            <w:tcW w:w="4621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  <w:t>Измерение после нагрева</w:t>
            </w:r>
            <w:r w:rsidRPr="00434540"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  <w:t>（</w:t>
            </w:r>
            <w:r w:rsidRPr="00434540"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  <w:t>%</w:t>
            </w:r>
            <w:r w:rsidRPr="00434540">
              <w:rPr>
                <w:rFonts w:ascii="Times New Roman" w:eastAsia="Microsoft YaHei" w:hAnsi="Times New Roman" w:cs="Times New Roman"/>
                <w:bCs/>
                <w:sz w:val="20"/>
                <w:szCs w:val="20"/>
                <w:lang w:val="ru-RU"/>
              </w:rPr>
              <w:t>）</w:t>
            </w:r>
          </w:p>
        </w:tc>
        <w:tc>
          <w:tcPr>
            <w:tcW w:w="4621" w:type="dxa"/>
          </w:tcPr>
          <w:p w:rsidR="00804EF8" w:rsidRPr="00434540" w:rsidRDefault="00804EF8" w:rsidP="00804EF8">
            <w:pPr>
              <w:widowControl/>
              <w:tabs>
                <w:tab w:val="left" w:pos="840"/>
              </w:tabs>
              <w:autoSpaceDE w:val="0"/>
              <w:autoSpaceDN w:val="0"/>
              <w:ind w:right="288"/>
              <w:jc w:val="left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300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°C x 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3</w:t>
            </w:r>
            <w:r w:rsidRPr="00434540">
              <w:rPr>
                <w:rFonts w:ascii="Times New Roman" w:hAnsi="Times New Roman" w:cs="Times New Roman"/>
                <w:bCs/>
                <w:sz w:val="20"/>
                <w:szCs w:val="20"/>
              </w:rPr>
              <w:t>h</w:t>
            </w:r>
            <w:r w:rsidRPr="00434540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Pr="00434540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  <w:lang w:val="ru-RU"/>
              </w:rPr>
              <w:t>-0.2 - 0</w:t>
            </w:r>
          </w:p>
        </w:tc>
      </w:tr>
    </w:tbl>
    <w:p w:rsidR="005F69DA" w:rsidRPr="00D63317" w:rsidRDefault="005F69DA" w:rsidP="00CF10E5">
      <w:pPr>
        <w:widowControl/>
        <w:autoSpaceDE w:val="0"/>
        <w:autoSpaceDN w:val="0"/>
        <w:rPr>
          <w:rFonts w:ascii="Times New Roman" w:hAnsi="Times New Roman" w:cs="Times New Roman"/>
          <w:sz w:val="20"/>
          <w:szCs w:val="20"/>
        </w:rPr>
      </w:pPr>
    </w:p>
    <w:sectPr w:rsidR="005F69DA" w:rsidRPr="00D63317" w:rsidSect="00591FD3">
      <w:pgSz w:w="11906" w:h="17238"/>
      <w:pgMar w:top="450" w:right="849" w:bottom="478" w:left="709" w:header="720" w:footer="720" w:gutter="0"/>
      <w:cols w:space="720" w:equalWidth="0">
        <w:col w:w="9026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3886" w:rsidRDefault="00E03886" w:rsidP="005D6AB9">
      <w:r>
        <w:separator/>
      </w:r>
    </w:p>
  </w:endnote>
  <w:endnote w:type="continuationSeparator" w:id="0">
    <w:p w:rsidR="00E03886" w:rsidRDefault="00E03886" w:rsidP="005D6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zCZmz5Mu+SimHei">
    <w:altName w:val="Arial Unicode MS"/>
    <w:panose1 w:val="020B0604020202020204"/>
    <w:charset w:val="01"/>
    <w:family w:val="auto"/>
    <w:pitch w:val="variable"/>
    <w:sig w:usb0="01002A87" w:usb1="01010101" w:usb2="01010101" w:usb3="01010101" w:csb0="010101FF" w:csb1="01010101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3886" w:rsidRPr="00A4539F" w:rsidRDefault="00E03886">
    <w:pPr>
      <w:rPr>
        <w:sz w:val="16"/>
        <w:szCs w:val="16"/>
      </w:rPr>
    </w:pPr>
  </w:p>
  <w:tbl>
    <w:tblPr>
      <w:tblW w:w="9970" w:type="dxa"/>
      <w:tblInd w:w="378" w:type="dxa"/>
      <w:tblLayout w:type="fixed"/>
      <w:tblLook w:val="04A0" w:firstRow="1" w:lastRow="0" w:firstColumn="1" w:lastColumn="0" w:noHBand="0" w:noVBand="1"/>
    </w:tblPr>
    <w:tblGrid>
      <w:gridCol w:w="5009"/>
      <w:gridCol w:w="1700"/>
      <w:gridCol w:w="3261"/>
    </w:tblGrid>
    <w:tr w:rsidR="00E03886" w:rsidRPr="00A4539F" w:rsidTr="00A4539F">
      <w:trPr>
        <w:trHeight w:hRule="exact" w:val="464"/>
      </w:trPr>
      <w:tc>
        <w:tcPr>
          <w:tcW w:w="5009" w:type="dxa"/>
          <w:tcBorders>
            <w:top w:val="single" w:sz="6" w:space="0" w:color="000000"/>
          </w:tcBorders>
          <w:tcMar>
            <w:left w:w="0" w:type="dxa"/>
            <w:right w:w="0" w:type="dxa"/>
          </w:tcMar>
        </w:tcPr>
        <w:p w:rsidR="00E03886" w:rsidRPr="00A4539F" w:rsidRDefault="00A4539F" w:rsidP="00A4539F">
          <w:pPr>
            <w:widowControl/>
            <w:autoSpaceDE w:val="0"/>
            <w:autoSpaceDN w:val="0"/>
            <w:spacing w:before="116" w:line="210" w:lineRule="exact"/>
            <w:ind w:left="114"/>
            <w:jc w:val="left"/>
            <w:rPr>
              <w:sz w:val="16"/>
              <w:szCs w:val="16"/>
              <w:lang w:val="ru-RU"/>
            </w:rPr>
          </w:pPr>
          <w:r w:rsidRPr="00A4539F">
            <w:rPr>
              <w:rFonts w:ascii="zCZmz5Mu+SimHei" w:eastAsia="zCZmz5Mu+SimHei" w:hAnsi="zCZmz5Mu+SimHei"/>
              <w:color w:val="000000"/>
              <w:sz w:val="16"/>
              <w:szCs w:val="16"/>
              <w:lang w:val="ru-RU"/>
            </w:rPr>
            <w:t xml:space="preserve">Адрес: район </w:t>
          </w:r>
          <w:proofErr w:type="spellStart"/>
          <w:r w:rsidRPr="00A4539F">
            <w:rPr>
              <w:rFonts w:ascii="zCZmz5Mu+SimHei" w:eastAsia="zCZmz5Mu+SimHei" w:hAnsi="zCZmz5Mu+SimHei"/>
              <w:color w:val="000000"/>
              <w:sz w:val="16"/>
              <w:szCs w:val="16"/>
              <w:lang w:val="ru-RU"/>
            </w:rPr>
            <w:t>Чжунюань</w:t>
          </w:r>
          <w:proofErr w:type="spellEnd"/>
          <w:r w:rsidRPr="00A4539F">
            <w:rPr>
              <w:rFonts w:ascii="zCZmz5Mu+SimHei" w:eastAsia="zCZmz5Mu+SimHei" w:hAnsi="zCZmz5Mu+SimHei"/>
              <w:color w:val="000000"/>
              <w:sz w:val="16"/>
              <w:szCs w:val="16"/>
              <w:lang w:val="ru-RU"/>
            </w:rPr>
            <w:t>, город Чжэнчжоу, провинция Хэнань.</w:t>
          </w:r>
        </w:p>
      </w:tc>
      <w:tc>
        <w:tcPr>
          <w:tcW w:w="1700" w:type="dxa"/>
          <w:tcBorders>
            <w:top w:val="single" w:sz="6" w:space="0" w:color="000000"/>
          </w:tcBorders>
          <w:tcMar>
            <w:left w:w="0" w:type="dxa"/>
            <w:right w:w="0" w:type="dxa"/>
          </w:tcMar>
        </w:tcPr>
        <w:p w:rsidR="00E03886" w:rsidRPr="00A4539F" w:rsidRDefault="00E03886" w:rsidP="00152894">
          <w:pPr>
            <w:widowControl/>
            <w:autoSpaceDE w:val="0"/>
            <w:autoSpaceDN w:val="0"/>
            <w:spacing w:before="266" w:line="210" w:lineRule="exact"/>
            <w:ind w:right="854"/>
            <w:jc w:val="right"/>
            <w:rPr>
              <w:sz w:val="16"/>
              <w:szCs w:val="16"/>
            </w:rPr>
          </w:pPr>
        </w:p>
      </w:tc>
      <w:tc>
        <w:tcPr>
          <w:tcW w:w="3261" w:type="dxa"/>
          <w:tcBorders>
            <w:top w:val="single" w:sz="6" w:space="0" w:color="000000"/>
          </w:tcBorders>
          <w:tcMar>
            <w:left w:w="0" w:type="dxa"/>
            <w:right w:w="0" w:type="dxa"/>
          </w:tcMar>
        </w:tcPr>
        <w:p w:rsidR="00E03886" w:rsidRPr="00A4539F" w:rsidRDefault="00A4539F" w:rsidP="00A4539F">
          <w:pPr>
            <w:widowControl/>
            <w:autoSpaceDE w:val="0"/>
            <w:autoSpaceDN w:val="0"/>
            <w:spacing w:before="116" w:line="210" w:lineRule="exact"/>
            <w:ind w:right="287"/>
            <w:jc w:val="right"/>
            <w:rPr>
              <w:sz w:val="16"/>
              <w:szCs w:val="16"/>
            </w:rPr>
          </w:pPr>
          <w:r w:rsidRPr="00A4539F">
            <w:rPr>
              <w:rFonts w:ascii="zCZmz5Mu+SimHei" w:eastAsia="zCZmz5Mu+SimHei" w:hAnsi="zCZmz5Mu+SimHei" w:hint="eastAsia"/>
              <w:color w:val="000000"/>
              <w:sz w:val="16"/>
              <w:szCs w:val="16"/>
            </w:rPr>
            <w:t>Телефон</w:t>
          </w:r>
          <w:r w:rsidR="00E03886" w:rsidRPr="00A4539F">
            <w:rPr>
              <w:rFonts w:ascii="zCZmz5Mu+SimHei" w:eastAsia="zCZmz5Mu+SimHei" w:hAnsi="zCZmz5Mu+SimHei"/>
              <w:color w:val="000000"/>
              <w:sz w:val="16"/>
              <w:szCs w:val="16"/>
            </w:rPr>
            <w:t>：</w:t>
          </w:r>
          <w:r w:rsidR="00E03886" w:rsidRPr="00A4539F">
            <w:rPr>
              <w:rFonts w:ascii="zCZmz5Mu+SimHei" w:eastAsia="zCZmz5Mu+SimHei" w:hAnsi="zCZmz5Mu+SimHei"/>
              <w:color w:val="000000"/>
              <w:spacing w:val="2"/>
              <w:sz w:val="16"/>
              <w:szCs w:val="16"/>
            </w:rPr>
            <w:t>+8</w:t>
          </w:r>
          <w:r w:rsidR="00E03886" w:rsidRPr="00A4539F">
            <w:rPr>
              <w:rFonts w:ascii="zCZmz5Mu+SimHei" w:eastAsia="zCZmz5Mu+SimHei" w:hAnsi="zCZmz5Mu+SimHei"/>
              <w:color w:val="000000"/>
              <w:sz w:val="16"/>
              <w:szCs w:val="16"/>
            </w:rPr>
            <w:t>6</w:t>
          </w:r>
          <w:r w:rsidR="00E03886" w:rsidRPr="00A4539F">
            <w:rPr>
              <w:rFonts w:ascii="Arial" w:eastAsia="Arial" w:hAnsi="Arial"/>
              <w:color w:val="000000"/>
              <w:spacing w:val="46"/>
              <w:sz w:val="16"/>
              <w:szCs w:val="16"/>
            </w:rPr>
            <w:t xml:space="preserve"> </w:t>
          </w:r>
          <w:r w:rsidR="00E03886" w:rsidRPr="00A4539F">
            <w:rPr>
              <w:rFonts w:ascii="zCZmz5Mu+SimHei" w:eastAsia="zCZmz5Mu+SimHei" w:hAnsi="zCZmz5Mu+SimHei"/>
              <w:color w:val="000000"/>
              <w:spacing w:val="2"/>
              <w:sz w:val="16"/>
              <w:szCs w:val="16"/>
            </w:rPr>
            <w:t>18</w:t>
          </w:r>
          <w:r w:rsidR="00E03886" w:rsidRPr="00A4539F">
            <w:rPr>
              <w:rFonts w:ascii="zCZmz5Mu+SimHei" w:eastAsia="zCZmz5Mu+SimHei" w:hAnsi="zCZmz5Mu+SimHei"/>
              <w:color w:val="000000"/>
              <w:sz w:val="16"/>
              <w:szCs w:val="16"/>
            </w:rPr>
            <w:t>6</w:t>
          </w:r>
          <w:r w:rsidR="00E03886" w:rsidRPr="00A4539F">
            <w:rPr>
              <w:rFonts w:ascii="zCZmz5Mu+SimHei" w:eastAsia="zCZmz5Mu+SimHei" w:hAnsi="zCZmz5Mu+SimHei"/>
              <w:color w:val="000000"/>
              <w:spacing w:val="-2"/>
              <w:sz w:val="16"/>
              <w:szCs w:val="16"/>
            </w:rPr>
            <w:t>3</w:t>
          </w:r>
          <w:r w:rsidR="00E03886" w:rsidRPr="00A4539F">
            <w:rPr>
              <w:rFonts w:ascii="zCZmz5Mu+SimHei" w:eastAsia="zCZmz5Mu+SimHei" w:hAnsi="zCZmz5Mu+SimHei"/>
              <w:color w:val="000000"/>
              <w:spacing w:val="2"/>
              <w:sz w:val="16"/>
              <w:szCs w:val="16"/>
            </w:rPr>
            <w:t>86</w:t>
          </w:r>
          <w:r w:rsidR="00E03886" w:rsidRPr="00A4539F">
            <w:rPr>
              <w:rFonts w:ascii="zCZmz5Mu+SimHei" w:eastAsia="zCZmz5Mu+SimHei" w:hAnsi="zCZmz5Mu+SimHei"/>
              <w:color w:val="000000"/>
              <w:sz w:val="16"/>
              <w:szCs w:val="16"/>
            </w:rPr>
            <w:t>6</w:t>
          </w:r>
          <w:r w:rsidR="00E03886" w:rsidRPr="00A4539F">
            <w:rPr>
              <w:rFonts w:ascii="zCZmz5Mu+SimHei" w:eastAsia="zCZmz5Mu+SimHei" w:hAnsi="zCZmz5Mu+SimHei"/>
              <w:color w:val="000000"/>
              <w:spacing w:val="-2"/>
              <w:sz w:val="16"/>
              <w:szCs w:val="16"/>
            </w:rPr>
            <w:t>8</w:t>
          </w:r>
          <w:r w:rsidR="00E03886" w:rsidRPr="00A4539F">
            <w:rPr>
              <w:rFonts w:ascii="zCZmz5Mu+SimHei" w:eastAsia="zCZmz5Mu+SimHei" w:hAnsi="zCZmz5Mu+SimHei"/>
              <w:color w:val="000000"/>
              <w:spacing w:val="2"/>
              <w:sz w:val="16"/>
              <w:szCs w:val="16"/>
            </w:rPr>
            <w:t>18</w:t>
          </w:r>
          <w:r w:rsidR="00E03886" w:rsidRPr="00A4539F">
            <w:rPr>
              <w:rFonts w:ascii="zCZmz5Mu+SimHei" w:eastAsia="zCZmz5Mu+SimHei" w:hAnsi="zCZmz5Mu+SimHei"/>
              <w:color w:val="000000"/>
              <w:sz w:val="16"/>
              <w:szCs w:val="16"/>
            </w:rPr>
            <w:t>4</w:t>
          </w:r>
        </w:p>
      </w:tc>
    </w:tr>
  </w:tbl>
  <w:p w:rsidR="00E03886" w:rsidRPr="00A4539F" w:rsidRDefault="00E03886">
    <w:pPr>
      <w:pStyle w:val="a5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3886" w:rsidRDefault="00E03886" w:rsidP="005D6AB9">
      <w:r>
        <w:separator/>
      </w:r>
    </w:p>
  </w:footnote>
  <w:footnote w:type="continuationSeparator" w:id="0">
    <w:p w:rsidR="00E03886" w:rsidRDefault="00E03886" w:rsidP="005D6A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03886" w:rsidRPr="00A4539F" w:rsidRDefault="00A4539F">
    <w:pPr>
      <w:pStyle w:val="a3"/>
      <w:rPr>
        <w:rFonts w:ascii="Times New Roman" w:hAnsi="Times New Roman" w:cs="Times New Roman"/>
        <w:sz w:val="20"/>
        <w:szCs w:val="20"/>
        <w:lang w:val="ru-RU"/>
      </w:rPr>
    </w:pPr>
    <w:r w:rsidRPr="00A4539F">
      <w:rPr>
        <w:rFonts w:ascii="Times New Roman" w:eastAsia="zCZmz5Mu+SimHei" w:hAnsi="Times New Roman" w:cs="Times New Roman"/>
        <w:sz w:val="20"/>
        <w:szCs w:val="20"/>
        <w:lang w:val="ru-RU"/>
      </w:rPr>
      <w:t>Промышленная компания «</w:t>
    </w:r>
    <w:r w:rsidRPr="00A4539F">
      <w:rPr>
        <w:rFonts w:ascii="Times New Roman" w:hAnsi="Times New Roman" w:cs="Times New Roman"/>
        <w:sz w:val="20"/>
        <w:szCs w:val="20"/>
        <w:lang w:val="ru-RU"/>
      </w:rPr>
      <w:t>Май До Май</w:t>
    </w:r>
    <w:r w:rsidRPr="00A4539F">
      <w:rPr>
        <w:rFonts w:ascii="Times New Roman" w:eastAsia="zCZmz5Mu+SimHei" w:hAnsi="Times New Roman" w:cs="Times New Roman"/>
        <w:sz w:val="20"/>
        <w:szCs w:val="20"/>
        <w:lang w:val="ru-RU"/>
      </w:rPr>
      <w:t xml:space="preserve">» г. </w:t>
    </w:r>
    <w:r w:rsidRPr="00A4539F">
      <w:rPr>
        <w:rFonts w:ascii="Times New Roman" w:hAnsi="Times New Roman" w:cs="Times New Roman"/>
        <w:sz w:val="20"/>
        <w:szCs w:val="20"/>
        <w:lang w:val="ru-RU"/>
      </w:rPr>
      <w:t>Чжэнчжоу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83138475">
    <w:abstractNumId w:val="8"/>
  </w:num>
  <w:num w:numId="2" w16cid:durableId="1719545550">
    <w:abstractNumId w:val="6"/>
  </w:num>
  <w:num w:numId="3" w16cid:durableId="378163263">
    <w:abstractNumId w:val="5"/>
  </w:num>
  <w:num w:numId="4" w16cid:durableId="1991055328">
    <w:abstractNumId w:val="4"/>
  </w:num>
  <w:num w:numId="5" w16cid:durableId="1873301359">
    <w:abstractNumId w:val="7"/>
  </w:num>
  <w:num w:numId="6" w16cid:durableId="684134463">
    <w:abstractNumId w:val="3"/>
  </w:num>
  <w:num w:numId="7" w16cid:durableId="1844280952">
    <w:abstractNumId w:val="2"/>
  </w:num>
  <w:num w:numId="8" w16cid:durableId="1103259350">
    <w:abstractNumId w:val="1"/>
  </w:num>
  <w:num w:numId="9" w16cid:durableId="2106727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1087C"/>
    <w:rsid w:val="00014057"/>
    <w:rsid w:val="000171B5"/>
    <w:rsid w:val="00026EEB"/>
    <w:rsid w:val="00034616"/>
    <w:rsid w:val="00051436"/>
    <w:rsid w:val="0006063C"/>
    <w:rsid w:val="0006242D"/>
    <w:rsid w:val="0007001C"/>
    <w:rsid w:val="00092F94"/>
    <w:rsid w:val="000A7AD3"/>
    <w:rsid w:val="000B136A"/>
    <w:rsid w:val="000D7732"/>
    <w:rsid w:val="00112A97"/>
    <w:rsid w:val="00121D27"/>
    <w:rsid w:val="00132271"/>
    <w:rsid w:val="0015074B"/>
    <w:rsid w:val="00152894"/>
    <w:rsid w:val="00152DD9"/>
    <w:rsid w:val="001548E4"/>
    <w:rsid w:val="0017728C"/>
    <w:rsid w:val="001A2A23"/>
    <w:rsid w:val="001B167B"/>
    <w:rsid w:val="001B5518"/>
    <w:rsid w:val="00212CE5"/>
    <w:rsid w:val="002329F9"/>
    <w:rsid w:val="002571B9"/>
    <w:rsid w:val="002626F8"/>
    <w:rsid w:val="00270E41"/>
    <w:rsid w:val="0029639D"/>
    <w:rsid w:val="002A070F"/>
    <w:rsid w:val="002B059D"/>
    <w:rsid w:val="002B0F8A"/>
    <w:rsid w:val="002E61F1"/>
    <w:rsid w:val="002F34BB"/>
    <w:rsid w:val="00304680"/>
    <w:rsid w:val="003149E7"/>
    <w:rsid w:val="00314FB7"/>
    <w:rsid w:val="00326F90"/>
    <w:rsid w:val="0039605B"/>
    <w:rsid w:val="003B5104"/>
    <w:rsid w:val="003B61DA"/>
    <w:rsid w:val="003C57E8"/>
    <w:rsid w:val="003E2949"/>
    <w:rsid w:val="003F7F4D"/>
    <w:rsid w:val="00412150"/>
    <w:rsid w:val="00413DEB"/>
    <w:rsid w:val="00420832"/>
    <w:rsid w:val="00434540"/>
    <w:rsid w:val="004500DF"/>
    <w:rsid w:val="00484D6B"/>
    <w:rsid w:val="00485363"/>
    <w:rsid w:val="00507ED2"/>
    <w:rsid w:val="00524B01"/>
    <w:rsid w:val="00533347"/>
    <w:rsid w:val="0053769A"/>
    <w:rsid w:val="00537B49"/>
    <w:rsid w:val="005410FF"/>
    <w:rsid w:val="00562E5C"/>
    <w:rsid w:val="00577254"/>
    <w:rsid w:val="00580448"/>
    <w:rsid w:val="00591FD3"/>
    <w:rsid w:val="005D6AB9"/>
    <w:rsid w:val="005D7790"/>
    <w:rsid w:val="005F69DA"/>
    <w:rsid w:val="00677CB3"/>
    <w:rsid w:val="00681A4D"/>
    <w:rsid w:val="006C10CF"/>
    <w:rsid w:val="006D67E2"/>
    <w:rsid w:val="006D6DA5"/>
    <w:rsid w:val="006E373D"/>
    <w:rsid w:val="00725769"/>
    <w:rsid w:val="007741D1"/>
    <w:rsid w:val="007753F5"/>
    <w:rsid w:val="00782C64"/>
    <w:rsid w:val="007F224A"/>
    <w:rsid w:val="00803F78"/>
    <w:rsid w:val="00804EF8"/>
    <w:rsid w:val="00866795"/>
    <w:rsid w:val="00870DEF"/>
    <w:rsid w:val="008A0C66"/>
    <w:rsid w:val="008D2C13"/>
    <w:rsid w:val="008E792A"/>
    <w:rsid w:val="00926D6C"/>
    <w:rsid w:val="009365C5"/>
    <w:rsid w:val="009560B3"/>
    <w:rsid w:val="00956F53"/>
    <w:rsid w:val="00961331"/>
    <w:rsid w:val="0096599F"/>
    <w:rsid w:val="009E3868"/>
    <w:rsid w:val="009F1E31"/>
    <w:rsid w:val="00A340EC"/>
    <w:rsid w:val="00A44403"/>
    <w:rsid w:val="00A4539F"/>
    <w:rsid w:val="00A50D62"/>
    <w:rsid w:val="00A81A66"/>
    <w:rsid w:val="00AA1D8D"/>
    <w:rsid w:val="00AA7370"/>
    <w:rsid w:val="00AC4947"/>
    <w:rsid w:val="00AC64D5"/>
    <w:rsid w:val="00AD7A4F"/>
    <w:rsid w:val="00AD7ACC"/>
    <w:rsid w:val="00AE64CF"/>
    <w:rsid w:val="00B47730"/>
    <w:rsid w:val="00B51809"/>
    <w:rsid w:val="00B634B9"/>
    <w:rsid w:val="00B6395E"/>
    <w:rsid w:val="00B80D93"/>
    <w:rsid w:val="00B81963"/>
    <w:rsid w:val="00B901A8"/>
    <w:rsid w:val="00BA3EF3"/>
    <w:rsid w:val="00BC41C1"/>
    <w:rsid w:val="00BE2ED9"/>
    <w:rsid w:val="00C33A33"/>
    <w:rsid w:val="00C47189"/>
    <w:rsid w:val="00C547B8"/>
    <w:rsid w:val="00C568A4"/>
    <w:rsid w:val="00C76889"/>
    <w:rsid w:val="00C80116"/>
    <w:rsid w:val="00C931E8"/>
    <w:rsid w:val="00CA4918"/>
    <w:rsid w:val="00CB0664"/>
    <w:rsid w:val="00CE0D96"/>
    <w:rsid w:val="00CE494F"/>
    <w:rsid w:val="00CF0D96"/>
    <w:rsid w:val="00CF10E5"/>
    <w:rsid w:val="00D45348"/>
    <w:rsid w:val="00D63317"/>
    <w:rsid w:val="00D66A93"/>
    <w:rsid w:val="00D832FA"/>
    <w:rsid w:val="00D9038A"/>
    <w:rsid w:val="00DE1DEA"/>
    <w:rsid w:val="00E01AC7"/>
    <w:rsid w:val="00E03886"/>
    <w:rsid w:val="00E12810"/>
    <w:rsid w:val="00E13359"/>
    <w:rsid w:val="00E147DF"/>
    <w:rsid w:val="00E26C0B"/>
    <w:rsid w:val="00E30159"/>
    <w:rsid w:val="00E355ED"/>
    <w:rsid w:val="00E436FA"/>
    <w:rsid w:val="00E4676A"/>
    <w:rsid w:val="00E67CFB"/>
    <w:rsid w:val="00E779DA"/>
    <w:rsid w:val="00EA3E09"/>
    <w:rsid w:val="00ED0337"/>
    <w:rsid w:val="00ED0BB5"/>
    <w:rsid w:val="00ED6D16"/>
    <w:rsid w:val="00EE53CB"/>
    <w:rsid w:val="00F217C2"/>
    <w:rsid w:val="00F31C98"/>
    <w:rsid w:val="00F41339"/>
    <w:rsid w:val="00F4470F"/>
    <w:rsid w:val="00F55014"/>
    <w:rsid w:val="00F70FC5"/>
    <w:rsid w:val="00F81DAB"/>
    <w:rsid w:val="00FB1915"/>
    <w:rsid w:val="00FB7CF8"/>
    <w:rsid w:val="00FC1E74"/>
    <w:rsid w:val="00FC693F"/>
    <w:rsid w:val="00FD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CA802C"/>
  <w14:defaultImageDpi w14:val="300"/>
  <w15:docId w15:val="{1E069696-5154-4F99-90F7-85DAAF661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E13359"/>
    <w:pPr>
      <w:widowControl/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6AB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D6AB9"/>
  </w:style>
  <w:style w:type="paragraph" w:styleId="a5">
    <w:name w:val="footer"/>
    <w:basedOn w:val="a"/>
    <w:link w:val="a6"/>
    <w:uiPriority w:val="99"/>
    <w:unhideWhenUsed/>
    <w:rsid w:val="005D6AB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D6AB9"/>
  </w:style>
  <w:style w:type="character" w:customStyle="1" w:styleId="20">
    <w:name w:val="Заголовок 2 Знак"/>
    <w:basedOn w:val="a0"/>
    <w:link w:val="2"/>
    <w:uiPriority w:val="9"/>
    <w:rsid w:val="00E13359"/>
    <w:rPr>
      <w:rFonts w:ascii="Times New Roman" w:eastAsia="Times New Roman" w:hAnsi="Times New Roman" w:cs="Times New Roman"/>
      <w:b/>
      <w:bCs/>
      <w:kern w:val="0"/>
      <w:sz w:val="36"/>
      <w:szCs w:val="36"/>
      <w:lang w:val="ru-RU"/>
    </w:rPr>
  </w:style>
  <w:style w:type="character" w:styleId="a7">
    <w:name w:val="Hyperlink"/>
    <w:basedOn w:val="a0"/>
    <w:uiPriority w:val="99"/>
    <w:semiHidden/>
    <w:unhideWhenUsed/>
    <w:rsid w:val="00E13359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E13359"/>
  </w:style>
  <w:style w:type="paragraph" w:styleId="a8">
    <w:name w:val="No Spacing"/>
    <w:uiPriority w:val="1"/>
    <w:qFormat/>
    <w:rsid w:val="00E13359"/>
    <w:pPr>
      <w:widowControl w:val="0"/>
      <w:jc w:val="both"/>
    </w:pPr>
  </w:style>
  <w:style w:type="table" w:styleId="a9">
    <w:name w:val="Table Grid"/>
    <w:basedOn w:val="a1"/>
    <w:uiPriority w:val="39"/>
    <w:rsid w:val="00010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90349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0AC71E-B13D-45DF-AEC3-AF6739389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31</Pages>
  <Words>4306</Words>
  <Characters>24545</Characters>
  <Application>Microsoft Office Word</Application>
  <DocSecurity>0</DocSecurity>
  <Lines>204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28794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Microsoft Office User</cp:lastModifiedBy>
  <cp:revision>33</cp:revision>
  <dcterms:created xsi:type="dcterms:W3CDTF">2023-09-05T07:57:00Z</dcterms:created>
  <dcterms:modified xsi:type="dcterms:W3CDTF">2023-09-07T13:08:00Z</dcterms:modified>
  <cp:category/>
</cp:coreProperties>
</file>